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C64F2" w14:textId="00396BCD" w:rsidR="008667DB" w:rsidRDefault="008667DB" w:rsidP="008C3BC1">
      <w:pPr>
        <w:pStyle w:val="Cmsor1"/>
        <w:jc w:val="center"/>
        <w:rPr>
          <w:rFonts w:ascii="Times New Roman" w:hAnsi="Times New Roman" w:cs="Times New Roman"/>
          <w:color w:val="003399"/>
          <w:lang w:val="hu-HU"/>
        </w:rPr>
      </w:pPr>
      <w:r w:rsidRPr="00193DBF">
        <w:rPr>
          <w:noProof/>
          <w:sz w:val="23"/>
          <w:szCs w:val="23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7971C6C1" wp14:editId="3A0DD805">
            <wp:simplePos x="0" y="0"/>
            <wp:positionH relativeFrom="column">
              <wp:posOffset>-1120140</wp:posOffset>
            </wp:positionH>
            <wp:positionV relativeFrom="paragraph">
              <wp:posOffset>-908050</wp:posOffset>
            </wp:positionV>
            <wp:extent cx="4578350" cy="1306195"/>
            <wp:effectExtent l="0" t="0" r="0" b="8255"/>
            <wp:wrapNone/>
            <wp:docPr id="12" name="Picture 12" descr="A képen szöveg, képernyőkép, Betűtípu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képen szöveg, képernyőkép, Betűtípus, emblém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143F3" w14:textId="30607A1D" w:rsidR="00C434B1" w:rsidRPr="00311CC1" w:rsidRDefault="005D143E" w:rsidP="008C3BC1">
      <w:pPr>
        <w:pStyle w:val="Cmsor1"/>
        <w:jc w:val="center"/>
        <w:rPr>
          <w:rFonts w:ascii="Times New Roman" w:hAnsi="Times New Roman" w:cs="Times New Roman"/>
          <w:color w:val="003399"/>
          <w:lang w:val="hu-HU"/>
        </w:rPr>
      </w:pPr>
      <w:r w:rsidRPr="00311CC1">
        <w:rPr>
          <w:rFonts w:ascii="Times New Roman" w:hAnsi="Times New Roman" w:cs="Times New Roman"/>
          <w:color w:val="003399"/>
          <w:lang w:val="hu-HU"/>
        </w:rPr>
        <w:t>T</w:t>
      </w:r>
      <w:r w:rsidR="00211C82" w:rsidRPr="00311CC1">
        <w:rPr>
          <w:rFonts w:ascii="Times New Roman" w:hAnsi="Times New Roman" w:cs="Times New Roman"/>
          <w:color w:val="003399"/>
          <w:lang w:val="hu-HU"/>
        </w:rPr>
        <w:t>erepi</w:t>
      </w:r>
      <w:r w:rsidR="009F2FDF" w:rsidRPr="00311CC1">
        <w:rPr>
          <w:rFonts w:ascii="Times New Roman" w:hAnsi="Times New Roman" w:cs="Times New Roman"/>
          <w:color w:val="003399"/>
          <w:lang w:val="hu-HU"/>
        </w:rPr>
        <w:t xml:space="preserve"> </w:t>
      </w:r>
      <w:r w:rsidR="00A077E1" w:rsidRPr="00311CC1">
        <w:rPr>
          <w:rFonts w:ascii="Times New Roman" w:hAnsi="Times New Roman" w:cs="Times New Roman"/>
          <w:color w:val="003399"/>
          <w:lang w:val="hu-HU"/>
        </w:rPr>
        <w:t>eszköz</w:t>
      </w:r>
      <w:r w:rsidR="002533B1" w:rsidRPr="00311CC1">
        <w:rPr>
          <w:rFonts w:ascii="Times New Roman" w:hAnsi="Times New Roman" w:cs="Times New Roman"/>
          <w:color w:val="003399"/>
          <w:lang w:val="hu-HU"/>
        </w:rPr>
        <w:t xml:space="preserve"> értékelési űrlap</w:t>
      </w:r>
    </w:p>
    <w:p w14:paraId="7473B693" w14:textId="77777777" w:rsidR="008C3BC1" w:rsidRPr="00311CC1" w:rsidRDefault="008C3BC1" w:rsidP="005D143E">
      <w:p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</w:p>
    <w:p w14:paraId="58F91359" w14:textId="4D0FD96C" w:rsidR="008C3BC1" w:rsidRPr="00311CC1" w:rsidRDefault="00532E5F" w:rsidP="005D143E">
      <w:p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Kérjük, töltse ki az alábbi űrlapot a</w:t>
      </w:r>
      <w:r w:rsidR="005D143E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16ED1663" w:rsidRPr="00311CC1">
        <w:rPr>
          <w:rFonts w:ascii="Times New Roman" w:hAnsi="Times New Roman" w:cs="Times New Roman"/>
          <w:sz w:val="23"/>
          <w:szCs w:val="23"/>
          <w:lang w:val="hu-HU"/>
        </w:rPr>
        <w:t>terepi</w:t>
      </w:r>
      <w:r w:rsidR="009F2FDF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00A077E1" w:rsidRPr="00311CC1">
        <w:rPr>
          <w:rFonts w:ascii="Times New Roman" w:hAnsi="Times New Roman" w:cs="Times New Roman"/>
          <w:sz w:val="23"/>
          <w:szCs w:val="23"/>
          <w:lang w:val="hu-HU"/>
        </w:rPr>
        <w:t>eszköz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szakértői véleményezéséhez szükséges információk megadásával</w:t>
      </w:r>
      <w:r w:rsidR="00463237" w:rsidRPr="00311CC1">
        <w:rPr>
          <w:rFonts w:ascii="Times New Roman" w:hAnsi="Times New Roman" w:cs="Times New Roman"/>
          <w:sz w:val="23"/>
          <w:szCs w:val="23"/>
          <w:lang w:val="hu-HU"/>
        </w:rPr>
        <w:t>. Egy űrlapon csak egy eszköz szerepeltethető</w:t>
      </w:r>
      <w:r w:rsidR="00C82B2A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. </w:t>
      </w:r>
    </w:p>
    <w:p w14:paraId="222FA398" w14:textId="49C15313" w:rsidR="008C3BC1" w:rsidRPr="00311CC1" w:rsidRDefault="00532E5F" w:rsidP="005D143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Minden kérdés melletti cellában </w:t>
      </w:r>
      <w:r w:rsidR="008C3BC1" w:rsidRPr="00311CC1">
        <w:rPr>
          <w:rFonts w:ascii="Times New Roman" w:hAnsi="Times New Roman" w:cs="Times New Roman"/>
          <w:sz w:val="23"/>
          <w:szCs w:val="23"/>
          <w:lang w:val="hu-HU"/>
        </w:rPr>
        <w:t>a kérdésre szövegesen</w:t>
      </w:r>
      <w:r w:rsidR="005D143E" w:rsidRPr="00311CC1">
        <w:rPr>
          <w:rFonts w:ascii="Times New Roman" w:hAnsi="Times New Roman" w:cs="Times New Roman"/>
          <w:sz w:val="23"/>
          <w:szCs w:val="23"/>
          <w:lang w:val="hu-HU"/>
        </w:rPr>
        <w:t>, magyar nyelven kell</w:t>
      </w:r>
      <w:r w:rsidR="008C3BC1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válaszolni.</w:t>
      </w:r>
    </w:p>
    <w:p w14:paraId="08E89A12" w14:textId="5FEB009E" w:rsidR="00C434B1" w:rsidRPr="00311CC1" w:rsidRDefault="008C3BC1" w:rsidP="005D143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A válasz után meg kell adni, hogy a szöveg</w:t>
      </w:r>
      <w:r w:rsidR="00426712" w:rsidRPr="00311CC1">
        <w:rPr>
          <w:rFonts w:ascii="Times New Roman" w:hAnsi="Times New Roman" w:cs="Times New Roman"/>
          <w:sz w:val="23"/>
          <w:szCs w:val="23"/>
          <w:lang w:val="hu-HU"/>
        </w:rPr>
        <w:t>e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sen beírt információt melyik </w:t>
      </w:r>
      <w:r w:rsidR="10830BCE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magyar nyelvű 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>dokumentumban, hol találják meg a szakvéleményezési szakértők (fájlnév, dokumentum címe, fejezet vagy oldalszám).</w:t>
      </w:r>
    </w:p>
    <w:p w14:paraId="62ADCDAA" w14:textId="58282360" w:rsidR="008C3BC1" w:rsidRPr="00311CC1" w:rsidRDefault="008C3BC1" w:rsidP="005D143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A hivatkozott dokumentumokat fel kell tölteni a megadott tárhelyre.</w:t>
      </w:r>
      <w:r w:rsidR="00786925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A magyar nyelvű gyártói adatlap</w:t>
      </w:r>
      <w:r w:rsidR="004F6DF6" w:rsidRPr="00311CC1">
        <w:rPr>
          <w:rFonts w:ascii="Times New Roman" w:hAnsi="Times New Roman" w:cs="Times New Roman"/>
          <w:sz w:val="23"/>
          <w:szCs w:val="23"/>
          <w:lang w:val="hu-HU"/>
        </w:rPr>
        <w:t>ot szükséges feltölteni.</w:t>
      </w:r>
    </w:p>
    <w:p w14:paraId="014F8AAA" w14:textId="040CF3A7" w:rsidR="008C3BC1" w:rsidRPr="00311CC1" w:rsidRDefault="008C3BC1" w:rsidP="005D143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A jelen űrlapot kitöltés</w:t>
      </w:r>
      <w:r w:rsidR="000C61BF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után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008B1A67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kérjük feltölteni </w:t>
      </w:r>
      <w:proofErr w:type="spellStart"/>
      <w:r w:rsidR="008B1A67" w:rsidRPr="00311CC1">
        <w:rPr>
          <w:rFonts w:ascii="Times New Roman" w:hAnsi="Times New Roman" w:cs="Times New Roman"/>
          <w:sz w:val="23"/>
          <w:szCs w:val="23"/>
          <w:lang w:val="hu-HU"/>
        </w:rPr>
        <w:t>word</w:t>
      </w:r>
      <w:proofErr w:type="spellEnd"/>
      <w:r w:rsidR="008B1A67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és </w:t>
      </w:r>
      <w:r w:rsidR="008464E1" w:rsidRPr="00311CC1">
        <w:rPr>
          <w:rFonts w:ascii="Times New Roman" w:hAnsi="Times New Roman" w:cs="Times New Roman"/>
          <w:sz w:val="23"/>
          <w:szCs w:val="23"/>
          <w:lang w:val="hu-HU"/>
        </w:rPr>
        <w:t>c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>égszerűen aláír</w:t>
      </w:r>
      <w:r w:rsidR="008464E1" w:rsidRPr="00311CC1">
        <w:rPr>
          <w:rFonts w:ascii="Times New Roman" w:hAnsi="Times New Roman" w:cs="Times New Roman"/>
          <w:sz w:val="23"/>
          <w:szCs w:val="23"/>
          <w:lang w:val="hu-HU"/>
        </w:rPr>
        <w:t>t</w:t>
      </w:r>
      <w:r w:rsidR="00C4A9AA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pdf formátumban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a megadott tárhelyre.</w:t>
      </w:r>
      <w:r w:rsidR="4FA42B93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A </w:t>
      </w:r>
      <w:r w:rsidR="00A52FF7" w:rsidRPr="00311CC1">
        <w:rPr>
          <w:rFonts w:ascii="Times New Roman" w:hAnsi="Times New Roman" w:cs="Times New Roman"/>
          <w:sz w:val="23"/>
          <w:szCs w:val="23"/>
          <w:lang w:val="hu-HU"/>
        </w:rPr>
        <w:t>pdf</w:t>
      </w:r>
      <w:r w:rsidR="4FA42B93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38EEFC9C" w:rsidRPr="00311CC1">
        <w:rPr>
          <w:rFonts w:ascii="Times New Roman" w:hAnsi="Times New Roman" w:cs="Times New Roman"/>
          <w:sz w:val="23"/>
          <w:szCs w:val="23"/>
          <w:lang w:val="hu-HU"/>
        </w:rPr>
        <w:t>elektronikusan is aláírható.</w:t>
      </w:r>
    </w:p>
    <w:p w14:paraId="0F33D4CF" w14:textId="4027A16A" w:rsidR="008C3BC1" w:rsidRPr="00311CC1" w:rsidRDefault="008C3BC1" w:rsidP="005D143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Amikor minden előző lépés kész, kérjük küldjön erről egy e-mailt a </w:t>
      </w:r>
      <w:hyperlink r:id="rId12" w:history="1">
        <w:r w:rsidRPr="00311CC1">
          <w:rPr>
            <w:rStyle w:val="Hiperhivatkozs"/>
            <w:rFonts w:ascii="Times New Roman" w:hAnsi="Times New Roman" w:cs="Times New Roman"/>
            <w:sz w:val="23"/>
            <w:szCs w:val="23"/>
            <w:lang w:val="hu-HU"/>
          </w:rPr>
          <w:t>szakvelemeny@feak.hu</w:t>
        </w:r>
      </w:hyperlink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címre.</w:t>
      </w:r>
    </w:p>
    <w:p w14:paraId="5E6B6161" w14:textId="2ACA9835" w:rsidR="00C434B1" w:rsidRPr="00311CC1" w:rsidRDefault="00532E5F" w:rsidP="001A2D90">
      <w:pPr>
        <w:pStyle w:val="Cmsor2"/>
        <w:numPr>
          <w:ilvl w:val="0"/>
          <w:numId w:val="11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color w:val="003399"/>
          <w:sz w:val="23"/>
          <w:szCs w:val="23"/>
          <w:lang w:val="hu-HU"/>
        </w:rPr>
        <w:t>Cégadatok és kapcsolattartó adatai</w:t>
      </w:r>
    </w:p>
    <w:tbl>
      <w:tblPr>
        <w:tblStyle w:val="Rcsostblzat"/>
        <w:tblW w:w="8647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23"/>
        <w:gridCol w:w="4324"/>
      </w:tblGrid>
      <w:tr w:rsidR="00C434B1" w:rsidRPr="00311CC1" w14:paraId="62983D06" w14:textId="77777777" w:rsidTr="007908DF">
        <w:tc>
          <w:tcPr>
            <w:tcW w:w="4320" w:type="dxa"/>
          </w:tcPr>
          <w:p w14:paraId="5883B2F5" w14:textId="1ED9B838" w:rsidR="00C434B1" w:rsidRPr="00311CC1" w:rsidRDefault="00B708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Kérelmező c</w:t>
            </w:r>
            <w:r w:rsidR="00532E5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ég neve:</w:t>
            </w:r>
          </w:p>
        </w:tc>
        <w:tc>
          <w:tcPr>
            <w:tcW w:w="4320" w:type="dxa"/>
          </w:tcPr>
          <w:p w14:paraId="4F755059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1F07B3F2" w14:textId="77777777" w:rsidTr="007908DF">
        <w:tc>
          <w:tcPr>
            <w:tcW w:w="4320" w:type="dxa"/>
          </w:tcPr>
          <w:p w14:paraId="0569EF18" w14:textId="77777777" w:rsidR="00C434B1" w:rsidRPr="00311CC1" w:rsidRDefault="00532E5F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Székhely címe:</w:t>
            </w:r>
          </w:p>
        </w:tc>
        <w:tc>
          <w:tcPr>
            <w:tcW w:w="4320" w:type="dxa"/>
          </w:tcPr>
          <w:p w14:paraId="4C060C03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3649860E" w14:textId="77777777" w:rsidTr="007908DF">
        <w:tc>
          <w:tcPr>
            <w:tcW w:w="4320" w:type="dxa"/>
          </w:tcPr>
          <w:p w14:paraId="058F1120" w14:textId="77777777" w:rsidR="00C434B1" w:rsidRPr="00311CC1" w:rsidRDefault="00532E5F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Kapcsolattartó neve:</w:t>
            </w:r>
          </w:p>
        </w:tc>
        <w:tc>
          <w:tcPr>
            <w:tcW w:w="4320" w:type="dxa"/>
          </w:tcPr>
          <w:p w14:paraId="5C90B3AB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05643E32" w14:textId="77777777" w:rsidTr="007908DF">
        <w:tc>
          <w:tcPr>
            <w:tcW w:w="4320" w:type="dxa"/>
          </w:tcPr>
          <w:p w14:paraId="3DA8A63F" w14:textId="77777777" w:rsidR="00C434B1" w:rsidRPr="00311CC1" w:rsidRDefault="00532E5F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Kapcsolattartó telefonszáma:</w:t>
            </w:r>
          </w:p>
        </w:tc>
        <w:tc>
          <w:tcPr>
            <w:tcW w:w="4320" w:type="dxa"/>
          </w:tcPr>
          <w:p w14:paraId="09FE8C97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6B198AEB" w14:textId="77777777" w:rsidTr="007908DF">
        <w:tc>
          <w:tcPr>
            <w:tcW w:w="4320" w:type="dxa"/>
          </w:tcPr>
          <w:p w14:paraId="71B2C69F" w14:textId="77777777" w:rsidR="00C434B1" w:rsidRPr="00311CC1" w:rsidRDefault="00532E5F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Kapcsolattartó e-mail címe:</w:t>
            </w:r>
          </w:p>
        </w:tc>
        <w:tc>
          <w:tcPr>
            <w:tcW w:w="4320" w:type="dxa"/>
          </w:tcPr>
          <w:p w14:paraId="727AC662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</w:tbl>
    <w:p w14:paraId="4DF35A2C" w14:textId="760C1A3B" w:rsidR="00C434B1" w:rsidRPr="00F95796" w:rsidRDefault="006B152B" w:rsidP="001A2D90">
      <w:pPr>
        <w:pStyle w:val="Cmsor2"/>
        <w:numPr>
          <w:ilvl w:val="0"/>
          <w:numId w:val="11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Eszköz</w:t>
      </w:r>
      <w:r w:rsidR="00532E5F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 xml:space="preserve"> azonosítása</w:t>
      </w:r>
    </w:p>
    <w:tbl>
      <w:tblPr>
        <w:tblStyle w:val="Rcsostblzat"/>
        <w:tblW w:w="8647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C434B1" w:rsidRPr="00311CC1" w14:paraId="3ABABEFC" w14:textId="77777777" w:rsidTr="007908DF">
        <w:tc>
          <w:tcPr>
            <w:tcW w:w="4320" w:type="dxa"/>
          </w:tcPr>
          <w:p w14:paraId="0BD72D1E" w14:textId="569ECFD9" w:rsidR="00C434B1" w:rsidRPr="00311CC1" w:rsidRDefault="006B152B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Eszköz</w:t>
            </w:r>
            <w:r w:rsidR="00532E5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neve:</w:t>
            </w:r>
          </w:p>
        </w:tc>
        <w:tc>
          <w:tcPr>
            <w:tcW w:w="4320" w:type="dxa"/>
          </w:tcPr>
          <w:p w14:paraId="58EA9749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4FC97BBE" w14:textId="77777777" w:rsidTr="007908DF">
        <w:tc>
          <w:tcPr>
            <w:tcW w:w="4320" w:type="dxa"/>
          </w:tcPr>
          <w:p w14:paraId="293D9FDE" w14:textId="3393F8C7" w:rsidR="00C434B1" w:rsidRPr="00311CC1" w:rsidRDefault="006B152B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Típusa</w:t>
            </w:r>
            <w:r w:rsidR="00532E5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:</w:t>
            </w:r>
          </w:p>
        </w:tc>
        <w:tc>
          <w:tcPr>
            <w:tcW w:w="4320" w:type="dxa"/>
          </w:tcPr>
          <w:p w14:paraId="3C2AC4B7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8B3BE2" w:rsidRPr="00311CC1" w14:paraId="45CE5328" w14:textId="77777777" w:rsidTr="007908DF">
        <w:tc>
          <w:tcPr>
            <w:tcW w:w="4320" w:type="dxa"/>
          </w:tcPr>
          <w:p w14:paraId="09B6B754" w14:textId="2437553E" w:rsidR="008B3BE2" w:rsidRPr="00311CC1" w:rsidRDefault="008B3BE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Gyártói típusazonosító:</w:t>
            </w:r>
          </w:p>
        </w:tc>
        <w:tc>
          <w:tcPr>
            <w:tcW w:w="4320" w:type="dxa"/>
          </w:tcPr>
          <w:p w14:paraId="41A3D926" w14:textId="77777777" w:rsidR="008B3BE2" w:rsidRPr="00311CC1" w:rsidRDefault="008B3BE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34ECA30E" w14:textId="77777777" w:rsidTr="007908DF">
        <w:tc>
          <w:tcPr>
            <w:tcW w:w="4320" w:type="dxa"/>
          </w:tcPr>
          <w:p w14:paraId="7F9D0B00" w14:textId="77777777" w:rsidR="00C434B1" w:rsidRPr="00311CC1" w:rsidRDefault="00532E5F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Gyártó neve:</w:t>
            </w:r>
          </w:p>
        </w:tc>
        <w:tc>
          <w:tcPr>
            <w:tcW w:w="4320" w:type="dxa"/>
          </w:tcPr>
          <w:p w14:paraId="46BBFD2E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</w:tbl>
    <w:p w14:paraId="0C6DEA4A" w14:textId="4A3B469C" w:rsidR="003D7A19" w:rsidRPr="00F95796" w:rsidRDefault="00C6018C" w:rsidP="001A2D90">
      <w:pPr>
        <w:pStyle w:val="Cmsor2"/>
        <w:numPr>
          <w:ilvl w:val="0"/>
          <w:numId w:val="11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N</w:t>
      </w:r>
      <w:r w:rsidR="003D7A19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yilatkozat</w:t>
      </w:r>
      <w:r w:rsidR="00034292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ok</w:t>
      </w:r>
    </w:p>
    <w:tbl>
      <w:tblPr>
        <w:tblStyle w:val="Rcsostblzat"/>
        <w:tblW w:w="8613" w:type="dxa"/>
        <w:tblLook w:val="04A0" w:firstRow="1" w:lastRow="0" w:firstColumn="1" w:lastColumn="0" w:noHBand="0" w:noVBand="1"/>
      </w:tblPr>
      <w:tblGrid>
        <w:gridCol w:w="6771"/>
        <w:gridCol w:w="1842"/>
      </w:tblGrid>
      <w:tr w:rsidR="00034292" w:rsidRPr="00311CC1" w14:paraId="6723AB97" w14:textId="77777777" w:rsidTr="00FE513F">
        <w:tc>
          <w:tcPr>
            <w:tcW w:w="6771" w:type="dxa"/>
          </w:tcPr>
          <w:p w14:paraId="09589629" w14:textId="4874977C" w:rsidR="00034292" w:rsidRPr="00311CC1" w:rsidRDefault="00034292" w:rsidP="00755E9D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Az eszköz </w:t>
            </w:r>
            <w:r w:rsidR="009F247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megfelel a </w:t>
            </w:r>
            <w:r w:rsidR="005D79F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hazai </w:t>
            </w:r>
            <w:proofErr w:type="spellStart"/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forgalomba</w:t>
            </w:r>
            <w:r w:rsidR="005D79F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hozatali</w:t>
            </w:r>
            <w:proofErr w:type="spellEnd"/>
            <w:r w:rsidR="005D79F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feltételeknek és a </w:t>
            </w:r>
            <w:r w:rsidR="009F247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vonatkozó magyar szabványoknak</w:t>
            </w:r>
            <w:r w:rsidR="005D79F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.</w:t>
            </w:r>
          </w:p>
        </w:tc>
        <w:tc>
          <w:tcPr>
            <w:tcW w:w="1842" w:type="dxa"/>
          </w:tcPr>
          <w:p w14:paraId="26856941" w14:textId="51D61EC9" w:rsidR="00034292" w:rsidRPr="00311CC1" w:rsidRDefault="00870803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</w:p>
        </w:tc>
      </w:tr>
      <w:tr w:rsidR="00253AA4" w:rsidRPr="00311CC1" w14:paraId="5D45C55F" w14:textId="77777777" w:rsidTr="00FE513F">
        <w:tc>
          <w:tcPr>
            <w:tcW w:w="6771" w:type="dxa"/>
          </w:tcPr>
          <w:p w14:paraId="329A2FAE" w14:textId="3DAEB543" w:rsidR="00253AA4" w:rsidRPr="00311CC1" w:rsidRDefault="000C61BF" w:rsidP="00755E9D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„Az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eszközt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a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kommunikációs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képessége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alkalmassá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teszi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arra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hogy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az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általa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továbbított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mérési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adatok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tartalmában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pontosságában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sem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a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mért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érték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felbontásában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sem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a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megengedett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hibahatárokban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)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és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az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adattovábbítás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gyakoriságában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ne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történjen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olyan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módosulás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amely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a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mérési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adatra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előírt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paraméterek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nem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teljesüléséhez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vezet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.”</w:t>
            </w:r>
          </w:p>
        </w:tc>
        <w:tc>
          <w:tcPr>
            <w:tcW w:w="1842" w:type="dxa"/>
          </w:tcPr>
          <w:p w14:paraId="313201A0" w14:textId="77777777" w:rsidR="00253AA4" w:rsidRDefault="00253AA4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</w:p>
          <w:p w14:paraId="3574ACFA" w14:textId="77777777" w:rsidR="00C115B7" w:rsidRP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63154A60" w14:textId="77777777" w:rsidR="00C115B7" w:rsidRP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3C75B44D" w14:textId="77777777" w:rsidR="00C115B7" w:rsidRP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3D6CB833" w14:textId="77777777" w:rsidR="00C115B7" w:rsidRP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408C7BCE" w14:textId="77777777" w:rsid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22E418F8" w14:textId="77777777" w:rsidR="00C115B7" w:rsidRP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173B83F0" w14:textId="77777777" w:rsidR="00C115B7" w:rsidRDefault="00C115B7" w:rsidP="00C115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  <w:p w14:paraId="6023ECF1" w14:textId="61413D2A" w:rsidR="00C115B7" w:rsidRPr="00C115B7" w:rsidRDefault="00C115B7" w:rsidP="00C115B7">
            <w:pPr>
              <w:tabs>
                <w:tab w:val="left" w:pos="1332"/>
              </w:tabs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ab/>
            </w:r>
          </w:p>
        </w:tc>
      </w:tr>
      <w:tr w:rsidR="00034292" w:rsidRPr="00311CC1" w14:paraId="22A40C3F" w14:textId="77777777" w:rsidTr="00FE513F">
        <w:trPr>
          <w:trHeight w:val="359"/>
        </w:trPr>
        <w:tc>
          <w:tcPr>
            <w:tcW w:w="6771" w:type="dxa"/>
          </w:tcPr>
          <w:p w14:paraId="03299740" w14:textId="77777777" w:rsidR="00390DF8" w:rsidRPr="00311CC1" w:rsidRDefault="00EA4B59" w:rsidP="00755E9D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lastRenderedPageBreak/>
              <w:t>Az eszköz képes automatizált adatkommunikációra.</w:t>
            </w:r>
          </w:p>
          <w:p w14:paraId="5E7ABCE9" w14:textId="184DFE83" w:rsidR="00034292" w:rsidRPr="00311CC1" w:rsidRDefault="00EA4B59" w:rsidP="00755E9D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(Az automatizált adatkommunikáció alatt az</w:t>
            </w:r>
            <w:r w:rsidR="005A579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értendő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, hogy a terepi eszköz által generált és / vagy az általa fogadott adatot emberi beavatkozás nélkül képes az adat tartalmának megfelelően kezelni.)</w:t>
            </w:r>
          </w:p>
        </w:tc>
        <w:tc>
          <w:tcPr>
            <w:tcW w:w="1842" w:type="dxa"/>
          </w:tcPr>
          <w:p w14:paraId="25AE168E" w14:textId="48F730DC" w:rsidR="00034292" w:rsidRPr="00311CC1" w:rsidRDefault="00AF35AD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</w:p>
        </w:tc>
      </w:tr>
    </w:tbl>
    <w:p w14:paraId="5A09B826" w14:textId="77777777" w:rsidR="00034292" w:rsidRPr="00311CC1" w:rsidRDefault="00034292" w:rsidP="00034292">
      <w:pPr>
        <w:rPr>
          <w:sz w:val="23"/>
          <w:szCs w:val="23"/>
          <w:lang w:val="hu-HU"/>
        </w:rPr>
      </w:pPr>
    </w:p>
    <w:p w14:paraId="6448B138" w14:textId="438DEF97" w:rsidR="005F2230" w:rsidRPr="00F95796" w:rsidRDefault="001A2D90" w:rsidP="001A2D90">
      <w:pPr>
        <w:pStyle w:val="Cmsor2"/>
        <w:numPr>
          <w:ilvl w:val="0"/>
          <w:numId w:val="11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M</w:t>
      </w:r>
      <w:r w:rsidR="005F2230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érőműszer esetén</w:t>
      </w:r>
      <w:r w:rsidR="00C35F07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 xml:space="preserve"> </w:t>
      </w:r>
      <w:r w:rsidR="00B86FE1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 xml:space="preserve">kötelezően </w:t>
      </w:r>
      <w:r w:rsidR="00712E86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kitöltendő nyilatkozat</w:t>
      </w:r>
    </w:p>
    <w:p w14:paraId="3686D161" w14:textId="726C9930" w:rsidR="005F2230" w:rsidRPr="00311CC1" w:rsidRDefault="005F2230" w:rsidP="005F2230">
      <w:pPr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Mérőműszer</w:t>
      </w:r>
      <w:r w:rsidR="000C61BF" w:rsidRPr="00311CC1">
        <w:rPr>
          <w:rFonts w:ascii="Times New Roman" w:hAnsi="Times New Roman" w:cs="Times New Roman"/>
          <w:sz w:val="23"/>
          <w:szCs w:val="23"/>
          <w:lang w:val="hu-HU"/>
        </w:rPr>
        <w:t>: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001A2D90" w:rsidRPr="00311CC1">
        <w:rPr>
          <w:rFonts w:ascii="Times New Roman" w:hAnsi="Times New Roman" w:cs="Times New Roman"/>
          <w:sz w:val="23"/>
          <w:szCs w:val="23"/>
          <w:lang w:val="hu-HU"/>
        </w:rPr>
        <w:t>olyan terepi eszköz</w:t>
      </w:r>
      <w:r w:rsidR="002649CB" w:rsidRPr="00311CC1">
        <w:rPr>
          <w:rFonts w:ascii="Times New Roman" w:hAnsi="Times New Roman" w:cs="Times New Roman"/>
          <w:sz w:val="23"/>
          <w:szCs w:val="23"/>
          <w:lang w:val="hu-HU"/>
        </w:rPr>
        <w:t>, amely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valamilyen energiaáramlás mérésére alkalmas. Ide sorolandók az energiaáramlás </w:t>
      </w:r>
      <w:r w:rsidR="00AF35AD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mennyiségi és/vagy 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minőségi paramétereit mérni képes eszközök. Amennyiben nem energiamérésre szolgáló </w:t>
      </w:r>
      <w:r w:rsidR="00AF35AD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terepi 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eszközt kíván minősíteni, kérjük a </w:t>
      </w:r>
      <w:r w:rsidR="00F84FD0" w:rsidRPr="00311CC1">
        <w:rPr>
          <w:rFonts w:ascii="Times New Roman" w:hAnsi="Times New Roman" w:cs="Times New Roman"/>
          <w:sz w:val="23"/>
          <w:szCs w:val="23"/>
          <w:lang w:val="hu-HU"/>
        </w:rPr>
        <w:t>„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>nem releváns</w:t>
      </w:r>
      <w:r w:rsidR="00F84FD0" w:rsidRPr="00311CC1">
        <w:rPr>
          <w:rFonts w:ascii="Times New Roman" w:hAnsi="Times New Roman" w:cs="Times New Roman"/>
          <w:sz w:val="23"/>
          <w:szCs w:val="23"/>
          <w:lang w:val="hu-HU"/>
        </w:rPr>
        <w:t>”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válaszokat adni a táblázatban.</w:t>
      </w:r>
    </w:p>
    <w:tbl>
      <w:tblPr>
        <w:tblStyle w:val="Rcsostblzat"/>
        <w:tblW w:w="8647" w:type="dxa"/>
        <w:tblInd w:w="108" w:type="dxa"/>
        <w:tblLook w:val="04A0" w:firstRow="1" w:lastRow="0" w:firstColumn="1" w:lastColumn="0" w:noHBand="0" w:noVBand="1"/>
      </w:tblPr>
      <w:tblGrid>
        <w:gridCol w:w="4320"/>
        <w:gridCol w:w="4327"/>
      </w:tblGrid>
      <w:tr w:rsidR="005F2230" w:rsidRPr="00311CC1" w14:paraId="435247FB" w14:textId="77777777" w:rsidTr="00CE5369">
        <w:tc>
          <w:tcPr>
            <w:tcW w:w="4320" w:type="dxa"/>
          </w:tcPr>
          <w:p w14:paraId="6D1B5612" w14:textId="77777777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energiafajta mérésére alkalmas?</w:t>
            </w:r>
          </w:p>
        </w:tc>
        <w:tc>
          <w:tcPr>
            <w:tcW w:w="4327" w:type="dxa"/>
          </w:tcPr>
          <w:p w14:paraId="4CC1D697" w14:textId="77777777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5F2230" w:rsidRPr="00311CC1" w14:paraId="16995072" w14:textId="77777777" w:rsidTr="00CE5369">
        <w:tc>
          <w:tcPr>
            <w:tcW w:w="4320" w:type="dxa"/>
          </w:tcPr>
          <w:p w14:paraId="46A03BF4" w14:textId="77777777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Megfelel a 1/2020 MEKH rendeletnek?</w:t>
            </w:r>
          </w:p>
        </w:tc>
        <w:tc>
          <w:tcPr>
            <w:tcW w:w="4327" w:type="dxa"/>
          </w:tcPr>
          <w:p w14:paraId="0C28DC55" w14:textId="1D2D9404" w:rsidR="005F2230" w:rsidRPr="00311CC1" w:rsidRDefault="008A69C9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5F2230" w:rsidRPr="00311CC1" w14:paraId="6DEE5123" w14:textId="77777777" w:rsidTr="00CE5369">
        <w:tc>
          <w:tcPr>
            <w:tcW w:w="4320" w:type="dxa"/>
          </w:tcPr>
          <w:p w14:paraId="12AFD54C" w14:textId="146B2779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Megfelel 43/2016 NGM rendelet</w:t>
            </w:r>
            <w:r w:rsidR="003075FD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ben </w:t>
            </w:r>
            <w:r w:rsidR="00ED3438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foglalt műszaki követelményeknek</w:t>
            </w:r>
            <w:r w:rsidR="005840AE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4327" w:type="dxa"/>
          </w:tcPr>
          <w:p w14:paraId="7E967AB4" w14:textId="2DDF7199" w:rsidR="005F2230" w:rsidRPr="00311CC1" w:rsidRDefault="008A69C9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E14B00" w:rsidRPr="00311CC1" w14:paraId="42DB0BE6" w14:textId="77777777" w:rsidTr="00CE5369">
        <w:tc>
          <w:tcPr>
            <w:tcW w:w="4320" w:type="dxa"/>
          </w:tcPr>
          <w:p w14:paraId="100E8A8C" w14:textId="5E54D943" w:rsidR="00E14B00" w:rsidRPr="00311CC1" w:rsidRDefault="00E14B0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Rendelkezik B pontossági osztályú tanúsítvánnyal</w:t>
            </w:r>
            <w:r w:rsidR="00457CA8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4327" w:type="dxa"/>
          </w:tcPr>
          <w:p w14:paraId="18E5CC4B" w14:textId="166D03C1" w:rsidR="00E14B00" w:rsidRPr="00311CC1" w:rsidRDefault="008A69C9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6A78C8" w:rsidRPr="00311CC1" w14:paraId="0472C8CC" w14:textId="77777777" w:rsidTr="00CE5369">
        <w:tc>
          <w:tcPr>
            <w:tcW w:w="4320" w:type="dxa"/>
          </w:tcPr>
          <w:p w14:paraId="68485A79" w14:textId="4B3DBC13" w:rsidR="006A78C8" w:rsidRPr="00311CC1" w:rsidRDefault="006A78C8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Alkalmas 15 perces</w:t>
            </w:r>
            <w:r w:rsidR="000F3E2E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vagy nagyobb sűrű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ségű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</w:t>
            </w:r>
            <w:proofErr w:type="spellStart"/>
            <w:r w:rsidR="008A69C9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mintavételezésű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mérésekre?</w:t>
            </w:r>
          </w:p>
        </w:tc>
        <w:tc>
          <w:tcPr>
            <w:tcW w:w="4327" w:type="dxa"/>
          </w:tcPr>
          <w:p w14:paraId="3AC3CBEB" w14:textId="43EFE595" w:rsidR="006A78C8" w:rsidRPr="00311CC1" w:rsidRDefault="0074144F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5F2230" w:rsidRPr="00311CC1" w14:paraId="7783EE55" w14:textId="77777777" w:rsidTr="00CE5369">
        <w:tc>
          <w:tcPr>
            <w:tcW w:w="4320" w:type="dxa"/>
          </w:tcPr>
          <w:p w14:paraId="6AAB8E65" w14:textId="77777777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Megfelel 2014/32 EU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Directive-nak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4327" w:type="dxa"/>
          </w:tcPr>
          <w:p w14:paraId="52829B12" w14:textId="6128F518" w:rsidR="005F2230" w:rsidRPr="00311CC1" w:rsidRDefault="008A69C9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755FCD" w:rsidRPr="00311CC1" w14:paraId="45D41359" w14:textId="77777777" w:rsidTr="00455D42">
        <w:tc>
          <w:tcPr>
            <w:tcW w:w="4320" w:type="dxa"/>
          </w:tcPr>
          <w:p w14:paraId="4A5D0C28" w14:textId="1A6505A3" w:rsidR="00755FCD" w:rsidRPr="00311CC1" w:rsidRDefault="00755FCD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Szerepel a Budapest Főváros Kormányhivatala* által vezetett hitelesített mérőeszközök nyilvántartásában?</w:t>
            </w:r>
          </w:p>
        </w:tc>
        <w:tc>
          <w:tcPr>
            <w:tcW w:w="4327" w:type="dxa"/>
          </w:tcPr>
          <w:p w14:paraId="6EA833B2" w14:textId="44C448ED" w:rsidR="00755FCD" w:rsidRPr="00311CC1" w:rsidRDefault="00755FCD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  <w:tr w:rsidR="005F2230" w:rsidRPr="00311CC1" w14:paraId="4E856FAA" w14:textId="77777777" w:rsidTr="00CE5369">
        <w:tc>
          <w:tcPr>
            <w:tcW w:w="4320" w:type="dxa"/>
          </w:tcPr>
          <w:p w14:paraId="1B5B2931" w14:textId="77777777" w:rsidR="005F2230" w:rsidRPr="00311CC1" w:rsidRDefault="005F2230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MID tanúsítvánnyal rendelkezik?</w:t>
            </w:r>
          </w:p>
        </w:tc>
        <w:tc>
          <w:tcPr>
            <w:tcW w:w="4327" w:type="dxa"/>
          </w:tcPr>
          <w:p w14:paraId="13480F73" w14:textId="36DB41F6" w:rsidR="005F2230" w:rsidRPr="00311CC1" w:rsidRDefault="008A69C9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Igen/Nem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/Nem releváns</w:t>
            </w:r>
          </w:p>
        </w:tc>
      </w:tr>
    </w:tbl>
    <w:p w14:paraId="1CB7FC08" w14:textId="2429F33D" w:rsidR="005F2230" w:rsidRPr="00311CC1" w:rsidRDefault="005F2230" w:rsidP="005F2230">
      <w:pPr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* Budapest Főváros Kormányhivatala Kereskedelmi, Haditechnikai, Exportellenőrzési és Nemesfémhitelesítési Főosztály és a Met</w:t>
      </w:r>
      <w:r w:rsidR="000C61BF" w:rsidRPr="00311CC1">
        <w:rPr>
          <w:rFonts w:ascii="Times New Roman" w:hAnsi="Times New Roman" w:cs="Times New Roman"/>
          <w:sz w:val="23"/>
          <w:szCs w:val="23"/>
          <w:lang w:val="hu-HU"/>
        </w:rPr>
        <w:t>eo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>rológiai és Műszaki Felügyeleti Főosztály</w:t>
      </w:r>
    </w:p>
    <w:p w14:paraId="71F3017A" w14:textId="0EAA953F" w:rsidR="00AD4AB1" w:rsidRPr="00F95796" w:rsidRDefault="007E4DEE" w:rsidP="00410C4C">
      <w:pPr>
        <w:pStyle w:val="Cmsor2"/>
        <w:jc w:val="center"/>
        <w:rPr>
          <w:rFonts w:ascii="Times New Roman" w:hAnsi="Times New Roman" w:cs="Times New Roman"/>
          <w:color w:val="003399"/>
          <w:sz w:val="28"/>
          <w:szCs w:val="28"/>
          <w:lang w:val="hu-HU"/>
        </w:rPr>
      </w:pPr>
      <w:r w:rsidRPr="00F95796">
        <w:rPr>
          <w:rFonts w:ascii="Times New Roman" w:hAnsi="Times New Roman" w:cs="Times New Roman"/>
          <w:color w:val="003399"/>
          <w:sz w:val="28"/>
          <w:szCs w:val="28"/>
          <w:lang w:val="hu-HU"/>
        </w:rPr>
        <w:t>Informáci</w:t>
      </w:r>
      <w:r w:rsidR="00410C4C" w:rsidRPr="00F95796">
        <w:rPr>
          <w:rFonts w:ascii="Times New Roman" w:hAnsi="Times New Roman" w:cs="Times New Roman"/>
          <w:color w:val="003399"/>
          <w:sz w:val="28"/>
          <w:szCs w:val="28"/>
          <w:lang w:val="hu-HU"/>
        </w:rPr>
        <w:t>ós</w:t>
      </w:r>
      <w:r w:rsidR="00357A89" w:rsidRPr="00F95796">
        <w:rPr>
          <w:rFonts w:ascii="Times New Roman" w:hAnsi="Times New Roman" w:cs="Times New Roman"/>
          <w:color w:val="003399"/>
          <w:sz w:val="28"/>
          <w:szCs w:val="28"/>
          <w:lang w:val="hu-HU"/>
        </w:rPr>
        <w:t xml:space="preserve"> </w:t>
      </w:r>
      <w:r w:rsidR="00410C4C" w:rsidRPr="00F95796">
        <w:rPr>
          <w:rFonts w:ascii="Times New Roman" w:hAnsi="Times New Roman" w:cs="Times New Roman"/>
          <w:color w:val="003399"/>
          <w:sz w:val="28"/>
          <w:szCs w:val="28"/>
          <w:lang w:val="hu-HU"/>
        </w:rPr>
        <w:t>kérdések</w:t>
      </w:r>
    </w:p>
    <w:p w14:paraId="5295022C" w14:textId="309604CC" w:rsidR="00410C4C" w:rsidRPr="00311CC1" w:rsidRDefault="00410C4C" w:rsidP="005F2230">
      <w:pPr>
        <w:jc w:val="both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>Az alábbi kérdé</w:t>
      </w:r>
      <w:r w:rsidR="009A5C1B" w:rsidRPr="00311CC1">
        <w:rPr>
          <w:rFonts w:ascii="Times New Roman" w:hAnsi="Times New Roman" w:cs="Times New Roman"/>
          <w:sz w:val="23"/>
          <w:szCs w:val="23"/>
          <w:lang w:val="hu-HU"/>
        </w:rPr>
        <w:t>sek</w:t>
      </w:r>
      <w:r w:rsidR="00D619CC" w:rsidRPr="00311CC1">
        <w:rPr>
          <w:rFonts w:ascii="Times New Roman" w:hAnsi="Times New Roman" w:cs="Times New Roman"/>
          <w:sz w:val="23"/>
          <w:szCs w:val="23"/>
          <w:lang w:val="hu-HU"/>
        </w:rPr>
        <w:t>re adott válaszok</w:t>
      </w:r>
      <w:r w:rsidR="009A5C1B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a </w:t>
      </w:r>
      <w:r w:rsidR="00D619CC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kérelem kiértékelését </w:t>
      </w:r>
      <w:r w:rsidR="009A5C1B" w:rsidRPr="00311CC1">
        <w:rPr>
          <w:rFonts w:ascii="Times New Roman" w:hAnsi="Times New Roman" w:cs="Times New Roman"/>
          <w:sz w:val="23"/>
          <w:szCs w:val="23"/>
          <w:lang w:val="hu-HU"/>
        </w:rPr>
        <w:t>segítik.</w:t>
      </w:r>
      <w:r w:rsidR="00F07A7C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000A7AD4" w:rsidRPr="00311CC1">
        <w:rPr>
          <w:rFonts w:ascii="Times New Roman" w:hAnsi="Times New Roman" w:cs="Times New Roman"/>
          <w:sz w:val="23"/>
          <w:szCs w:val="23"/>
          <w:lang w:val="hu-HU"/>
        </w:rPr>
        <w:t>Amennyiben a kérdés nem értelmezhető a</w:t>
      </w:r>
      <w:r w:rsidR="00C13405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kiértékelendő eszköz esetében, kérjük a </w:t>
      </w:r>
      <w:r w:rsidR="007D01B3" w:rsidRPr="00311CC1">
        <w:rPr>
          <w:rFonts w:ascii="Times New Roman" w:hAnsi="Times New Roman" w:cs="Times New Roman"/>
          <w:sz w:val="23"/>
          <w:szCs w:val="23"/>
          <w:lang w:val="hu-HU"/>
        </w:rPr>
        <w:t>„</w:t>
      </w:r>
      <w:r w:rsidR="00C13405" w:rsidRPr="00311CC1">
        <w:rPr>
          <w:rFonts w:ascii="Times New Roman" w:hAnsi="Times New Roman" w:cs="Times New Roman"/>
          <w:sz w:val="23"/>
          <w:szCs w:val="23"/>
          <w:lang w:val="hu-HU"/>
        </w:rPr>
        <w:t>nem releváns</w:t>
      </w:r>
      <w:r w:rsidR="007D01B3" w:rsidRPr="00311CC1">
        <w:rPr>
          <w:rFonts w:ascii="Times New Roman" w:hAnsi="Times New Roman" w:cs="Times New Roman"/>
          <w:sz w:val="23"/>
          <w:szCs w:val="23"/>
          <w:lang w:val="hu-HU"/>
        </w:rPr>
        <w:t>”</w:t>
      </w:r>
      <w:r w:rsidR="00C13405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</w:t>
      </w:r>
      <w:r w:rsidR="00D57FA3" w:rsidRPr="00311CC1">
        <w:rPr>
          <w:rFonts w:ascii="Times New Roman" w:hAnsi="Times New Roman" w:cs="Times New Roman"/>
          <w:sz w:val="23"/>
          <w:szCs w:val="23"/>
          <w:lang w:val="hu-HU"/>
        </w:rPr>
        <w:t>kifejezést írja a válaszmezőbe.</w:t>
      </w:r>
    </w:p>
    <w:p w14:paraId="6F63398A" w14:textId="3526E739" w:rsidR="00C434B1" w:rsidRPr="00F95796" w:rsidRDefault="008B3BE2" w:rsidP="00BE6F22">
      <w:pPr>
        <w:pStyle w:val="Cmsor2"/>
        <w:numPr>
          <w:ilvl w:val="0"/>
          <w:numId w:val="12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Eszköz funkció</w:t>
      </w:r>
      <w:r w:rsidR="00C85A48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ja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36"/>
        <w:gridCol w:w="4163"/>
      </w:tblGrid>
      <w:tr w:rsidR="00C434B1" w:rsidRPr="00311CC1" w14:paraId="1D1E8298" w14:textId="77777777" w:rsidTr="004E1E61">
        <w:tc>
          <w:tcPr>
            <w:tcW w:w="4314" w:type="dxa"/>
          </w:tcPr>
          <w:p w14:paraId="382AED07" w14:textId="2E9A3FFD" w:rsidR="00C434B1" w:rsidRPr="00311CC1" w:rsidRDefault="00C85A4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funkciót lát el az eszköz (</w:t>
            </w:r>
            <w:r w:rsidR="00211C82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pl. </w:t>
            </w:r>
            <w:r w:rsidR="0045147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mérés, érzékelés, adatgyűjtés</w:t>
            </w:r>
            <w:r w:rsidR="00C934D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, adattovábbítás</w:t>
            </w:r>
            <w:r w:rsidR="0045147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, </w:t>
            </w:r>
            <w:r w:rsidR="00134E7E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beavatkozás</w:t>
            </w:r>
            <w:r w:rsidR="00C94B12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, </w:t>
            </w:r>
            <w:r w:rsidR="00451477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szabályozás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)?</w:t>
            </w:r>
          </w:p>
        </w:tc>
        <w:tc>
          <w:tcPr>
            <w:tcW w:w="4311" w:type="dxa"/>
          </w:tcPr>
          <w:p w14:paraId="61D4005B" w14:textId="77777777" w:rsidR="00C434B1" w:rsidRPr="00311CC1" w:rsidRDefault="00C434B1">
            <w:pPr>
              <w:rPr>
                <w:rFonts w:ascii="Arial" w:hAnsi="Arial" w:cs="Arial"/>
                <w:sz w:val="23"/>
                <w:szCs w:val="23"/>
                <w:lang w:val="hu-HU"/>
              </w:rPr>
            </w:pPr>
          </w:p>
        </w:tc>
      </w:tr>
      <w:tr w:rsidR="00355527" w:rsidRPr="00311CC1" w14:paraId="2D719E2A" w14:textId="77777777" w:rsidTr="004E1E61">
        <w:tc>
          <w:tcPr>
            <w:tcW w:w="4314" w:type="dxa"/>
          </w:tcPr>
          <w:p w14:paraId="2C23A94F" w14:textId="0642E400" w:rsidR="00355527" w:rsidRPr="00311CC1" w:rsidRDefault="00E21E45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típusú energ</w:t>
            </w:r>
            <w:r w:rsidR="004E1E61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iamenedzsment szempontjából </w:t>
            </w:r>
            <w:r w:rsidR="00C848E8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releváns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adatokat képes előállítani </w:t>
            </w:r>
            <w:r w:rsidR="000C61BF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az eszköz? 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(pl. villamos energia fogyasztás, gázfogyasztás, hőmérséklet, páratartalom stb.)</w:t>
            </w:r>
          </w:p>
        </w:tc>
        <w:tc>
          <w:tcPr>
            <w:tcW w:w="4311" w:type="dxa"/>
          </w:tcPr>
          <w:p w14:paraId="6F230487" w14:textId="77777777" w:rsidR="00355527" w:rsidRPr="00311CC1" w:rsidRDefault="00355527" w:rsidP="002305FE">
            <w:pPr>
              <w:rPr>
                <w:rFonts w:ascii="Arial" w:hAnsi="Arial" w:cs="Arial"/>
                <w:sz w:val="23"/>
                <w:szCs w:val="23"/>
                <w:lang w:val="hu-HU"/>
              </w:rPr>
            </w:pPr>
          </w:p>
        </w:tc>
      </w:tr>
      <w:tr w:rsidR="004E1E61" w:rsidRPr="00311CC1" w14:paraId="44E91258" w14:textId="77777777" w:rsidTr="004E1E61">
        <w:tc>
          <w:tcPr>
            <w:tcW w:w="4314" w:type="dxa"/>
          </w:tcPr>
          <w:p w14:paraId="05B48C37" w14:textId="2F87E816" w:rsidR="004E1E61" w:rsidRPr="00311CC1" w:rsidRDefault="00C848E8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típusú energiamenedzsment szempontjából releváns vezérlési adatokat képes fogadni az eszköz?</w:t>
            </w:r>
          </w:p>
        </w:tc>
        <w:tc>
          <w:tcPr>
            <w:tcW w:w="4311" w:type="dxa"/>
          </w:tcPr>
          <w:p w14:paraId="7A73BB65" w14:textId="77777777" w:rsidR="004E1E61" w:rsidRPr="00311CC1" w:rsidRDefault="004E1E61" w:rsidP="002305FE">
            <w:pPr>
              <w:rPr>
                <w:rFonts w:ascii="Arial" w:hAnsi="Arial" w:cs="Arial"/>
                <w:sz w:val="23"/>
                <w:szCs w:val="23"/>
                <w:lang w:val="hu-HU"/>
              </w:rPr>
            </w:pPr>
          </w:p>
        </w:tc>
      </w:tr>
    </w:tbl>
    <w:p w14:paraId="593DFDC7" w14:textId="73AAA3F3" w:rsidR="001D7CF3" w:rsidRPr="00F95796" w:rsidRDefault="001D7CF3" w:rsidP="00BE6F22">
      <w:pPr>
        <w:pStyle w:val="Cmsor2"/>
        <w:numPr>
          <w:ilvl w:val="0"/>
          <w:numId w:val="12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lastRenderedPageBreak/>
        <w:t>Mérőműszer esetében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30"/>
        <w:gridCol w:w="4169"/>
      </w:tblGrid>
      <w:tr w:rsidR="00C434B1" w:rsidRPr="00311CC1" w14:paraId="2D281C90" w14:textId="77777777" w:rsidTr="00273D94">
        <w:tc>
          <w:tcPr>
            <w:tcW w:w="4230" w:type="dxa"/>
          </w:tcPr>
          <w:p w14:paraId="34D5E9CC" w14:textId="1125F371" w:rsidR="00C434B1" w:rsidRPr="00311CC1" w:rsidRDefault="00053E60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gyakoriságú adatszolgáltatásra képes az eszköz?</w:t>
            </w:r>
          </w:p>
        </w:tc>
        <w:tc>
          <w:tcPr>
            <w:tcW w:w="4169" w:type="dxa"/>
          </w:tcPr>
          <w:p w14:paraId="0D7719DE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7AFF0711" w14:textId="77777777" w:rsidTr="00273D94">
        <w:tc>
          <w:tcPr>
            <w:tcW w:w="4230" w:type="dxa"/>
          </w:tcPr>
          <w:p w14:paraId="76DC7BA7" w14:textId="28676EC4" w:rsidR="00C434B1" w:rsidRPr="00311CC1" w:rsidRDefault="0046323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kommunikációs protokoll(oka)t használ az eszköz</w:t>
            </w:r>
            <w:r w:rsidR="007D7F0D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(</w:t>
            </w:r>
            <w:r w:rsidR="007D7F0D" w:rsidRPr="00311CC1">
              <w:rPr>
                <w:rFonts w:ascii="Times New Roman" w:hAnsi="Times New Roman" w:cs="Times New Roman"/>
                <w:sz w:val="23"/>
                <w:szCs w:val="23"/>
              </w:rPr>
              <w:t>pl. Modbus, BACnet, MQTT, Zigbee)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4169" w:type="dxa"/>
          </w:tcPr>
          <w:p w14:paraId="0380B07B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274FEE" w:rsidRPr="00311CC1" w14:paraId="1EAF4819" w14:textId="77777777" w:rsidTr="00273D94">
        <w:tc>
          <w:tcPr>
            <w:tcW w:w="4230" w:type="dxa"/>
          </w:tcPr>
          <w:p w14:paraId="27B79A8D" w14:textId="1E636C6F" w:rsidR="00274FEE" w:rsidRPr="00311CC1" w:rsidRDefault="00EE12D3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kommunikációs csatornákon keresztül képes adatokat továbbítani az eszköz (</w:t>
            </w:r>
            <w:r w:rsidR="002A107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pl. vezetékes, </w:t>
            </w:r>
            <w:proofErr w:type="spellStart"/>
            <w:r w:rsidR="002A107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Wi</w:t>
            </w:r>
            <w:proofErr w:type="spellEnd"/>
            <w:r w:rsidR="002A107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-Fi, mobilhálózat, </w:t>
            </w:r>
            <w:proofErr w:type="spellStart"/>
            <w:r w:rsidR="002A107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LoRaWAN</w:t>
            </w:r>
            <w:proofErr w:type="spellEnd"/>
            <w:r w:rsidR="002A107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)?</w:t>
            </w:r>
          </w:p>
        </w:tc>
        <w:tc>
          <w:tcPr>
            <w:tcW w:w="4169" w:type="dxa"/>
          </w:tcPr>
          <w:p w14:paraId="49B0CCD8" w14:textId="77777777" w:rsidR="00274FEE" w:rsidRPr="00311CC1" w:rsidRDefault="00274FEE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434B1" w:rsidRPr="00311CC1" w14:paraId="6E0F95FF" w14:textId="77777777" w:rsidTr="00273D94">
        <w:tc>
          <w:tcPr>
            <w:tcW w:w="4230" w:type="dxa"/>
          </w:tcPr>
          <w:p w14:paraId="6410F257" w14:textId="030ACA20" w:rsidR="00C434B1" w:rsidRPr="00311CC1" w:rsidRDefault="00234D6A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Az eszköz </w:t>
            </w:r>
            <w:r w:rsidR="00E338D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egy 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vagy </w:t>
            </w:r>
            <w:r w:rsidR="00E338DB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több mérést tartalmazó adatállományt képes küldeni? Van saját belső memóriája?</w:t>
            </w:r>
          </w:p>
        </w:tc>
        <w:tc>
          <w:tcPr>
            <w:tcW w:w="4169" w:type="dxa"/>
          </w:tcPr>
          <w:p w14:paraId="792DD349" w14:textId="77777777" w:rsidR="00C434B1" w:rsidRPr="00311CC1" w:rsidRDefault="00C434B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DF1BA2" w:rsidRPr="00311CC1" w14:paraId="58337031" w14:textId="77777777" w:rsidTr="00273D94">
        <w:tc>
          <w:tcPr>
            <w:tcW w:w="4230" w:type="dxa"/>
          </w:tcPr>
          <w:p w14:paraId="662EFCF8" w14:textId="70CE3A21" w:rsidR="00DF1BA2" w:rsidRPr="00311CC1" w:rsidRDefault="005B65E5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Képes kezelni az eszköz az adatvesztést vagy az adathibák helyreállítását (pl. adatpufferelés, redundáns adatküldés)?</w:t>
            </w:r>
          </w:p>
        </w:tc>
        <w:tc>
          <w:tcPr>
            <w:tcW w:w="4169" w:type="dxa"/>
          </w:tcPr>
          <w:p w14:paraId="33AB9302" w14:textId="77777777" w:rsidR="00DF1BA2" w:rsidRPr="00311CC1" w:rsidRDefault="00DF1BA2" w:rsidP="002305FE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457CA8" w:rsidRPr="00311CC1" w14:paraId="6AC5DB40" w14:textId="77777777" w:rsidTr="00273D94">
        <w:tc>
          <w:tcPr>
            <w:tcW w:w="4230" w:type="dxa"/>
          </w:tcPr>
          <w:p w14:paraId="559B4200" w14:textId="77777777" w:rsidR="00457CA8" w:rsidRPr="00311CC1" w:rsidRDefault="00457CA8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Az energiamennyiség mérésén kívül milyen energia minőségi paraméterek mérésére alkalmas?</w:t>
            </w:r>
          </w:p>
        </w:tc>
        <w:tc>
          <w:tcPr>
            <w:tcW w:w="4169" w:type="dxa"/>
          </w:tcPr>
          <w:p w14:paraId="403FCDC5" w14:textId="77777777" w:rsidR="00457CA8" w:rsidRPr="00311CC1" w:rsidRDefault="00457CA8" w:rsidP="00455D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</w:tbl>
    <w:p w14:paraId="2755ECC7" w14:textId="0A860222" w:rsidR="00CC4FB7" w:rsidRPr="00F95796" w:rsidRDefault="00BE6F22" w:rsidP="00BE6F22">
      <w:pPr>
        <w:pStyle w:val="Cmsor2"/>
        <w:numPr>
          <w:ilvl w:val="0"/>
          <w:numId w:val="12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 xml:space="preserve">Energiamenedzsment rendszer </w:t>
      </w:r>
      <w:r w:rsidR="00EC2ADD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f</w:t>
      </w:r>
      <w:r w:rsidR="00C257E2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unkcionalitás</w:t>
      </w:r>
      <w:r w:rsidR="00EC2ADD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á</w:t>
      </w:r>
      <w:r w:rsidR="00C257E2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t biztosító eszközö</w:t>
      </w:r>
      <w:r w:rsidR="0095255F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k</w:t>
      </w:r>
      <w:r w:rsidR="00C257E2"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 xml:space="preserve"> esetében</w:t>
      </w:r>
    </w:p>
    <w:p w14:paraId="33863842" w14:textId="3B56334A" w:rsidR="00D2527A" w:rsidRPr="00311CC1" w:rsidRDefault="00B702CB" w:rsidP="00D2527A">
      <w:pPr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Amennyiben energiamérésre szolgáló eszközt kíván minősíteni, kérjük </w:t>
      </w:r>
      <w:r w:rsidR="00381AFF" w:rsidRPr="00311CC1">
        <w:rPr>
          <w:rFonts w:ascii="Times New Roman" w:hAnsi="Times New Roman" w:cs="Times New Roman"/>
          <w:sz w:val="23"/>
          <w:szCs w:val="23"/>
          <w:lang w:val="hu-HU"/>
        </w:rPr>
        <w:t>ebben a</w:t>
      </w:r>
      <w:r w:rsidR="000268BC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fejezetben 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a </w:t>
      </w:r>
      <w:r w:rsidR="007F7070" w:rsidRPr="00311CC1">
        <w:rPr>
          <w:rFonts w:ascii="Times New Roman" w:hAnsi="Times New Roman" w:cs="Times New Roman"/>
          <w:sz w:val="23"/>
          <w:szCs w:val="23"/>
          <w:lang w:val="hu-HU"/>
        </w:rPr>
        <w:t>„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>nem releváns</w:t>
      </w:r>
      <w:r w:rsidR="007F7070" w:rsidRPr="00311CC1">
        <w:rPr>
          <w:rFonts w:ascii="Times New Roman" w:hAnsi="Times New Roman" w:cs="Times New Roman"/>
          <w:sz w:val="23"/>
          <w:szCs w:val="23"/>
          <w:lang w:val="hu-HU"/>
        </w:rPr>
        <w:t>”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válaszokat ad</w:t>
      </w:r>
      <w:r w:rsidR="000268BC" w:rsidRPr="00311CC1">
        <w:rPr>
          <w:rFonts w:ascii="Times New Roman" w:hAnsi="Times New Roman" w:cs="Times New Roman"/>
          <w:sz w:val="23"/>
          <w:szCs w:val="23"/>
          <w:lang w:val="hu-HU"/>
        </w:rPr>
        <w:t>ja meg</w:t>
      </w: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 a táblázatban.</w:t>
      </w:r>
    </w:p>
    <w:tbl>
      <w:tblPr>
        <w:tblStyle w:val="Rcsostblzat"/>
        <w:tblW w:w="8565" w:type="dxa"/>
        <w:tblLook w:val="04A0" w:firstRow="1" w:lastRow="0" w:firstColumn="1" w:lastColumn="0" w:noHBand="0" w:noVBand="1"/>
      </w:tblPr>
      <w:tblGrid>
        <w:gridCol w:w="4626"/>
        <w:gridCol w:w="3939"/>
      </w:tblGrid>
      <w:tr w:rsidR="00A35516" w:rsidRPr="00311CC1" w14:paraId="2F59E023" w14:textId="77777777" w:rsidTr="00A35516">
        <w:tc>
          <w:tcPr>
            <w:tcW w:w="4626" w:type="dxa"/>
          </w:tcPr>
          <w:p w14:paraId="0D68D20C" w14:textId="7CAA8634" w:rsidR="00A35516" w:rsidRPr="00311CC1" w:rsidRDefault="00A35516" w:rsidP="009C02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– energiamenedzsment szempontból releváns – feladatot lát el az eszköz?</w:t>
            </w:r>
          </w:p>
        </w:tc>
        <w:tc>
          <w:tcPr>
            <w:tcW w:w="3939" w:type="dxa"/>
          </w:tcPr>
          <w:p w14:paraId="094ECEA2" w14:textId="77C6849C" w:rsidR="00A35516" w:rsidRPr="00311CC1" w:rsidRDefault="00A35516" w:rsidP="009C0242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413295F0" w14:textId="77777777" w:rsidTr="00A35516">
        <w:tc>
          <w:tcPr>
            <w:tcW w:w="4626" w:type="dxa"/>
          </w:tcPr>
          <w:p w14:paraId="2F7A4EE6" w14:textId="0CC237E1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gyakoriságú adatszolgáltatásra (küldés/fogadás) képes az eszköz?</w:t>
            </w:r>
          </w:p>
        </w:tc>
        <w:tc>
          <w:tcPr>
            <w:tcW w:w="3939" w:type="dxa"/>
          </w:tcPr>
          <w:p w14:paraId="023187C7" w14:textId="71EEFC8A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20A2B40D" w14:textId="77777777" w:rsidTr="00A35516">
        <w:tc>
          <w:tcPr>
            <w:tcW w:w="4626" w:type="dxa"/>
          </w:tcPr>
          <w:p w14:paraId="6CE845A9" w14:textId="758A1C44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Van saját belső memóriája? Ha igen mennyi adatot képes eltárolni? </w:t>
            </w:r>
          </w:p>
        </w:tc>
        <w:tc>
          <w:tcPr>
            <w:tcW w:w="3939" w:type="dxa"/>
          </w:tcPr>
          <w:p w14:paraId="25C56439" w14:textId="3F187108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4AD20806" w14:textId="77777777" w:rsidTr="00A35516">
        <w:tc>
          <w:tcPr>
            <w:tcW w:w="4626" w:type="dxa"/>
          </w:tcPr>
          <w:p w14:paraId="25F87CE7" w14:textId="6A4BFA52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– energiamenedzsment szempontból releváns – kommunikációs protokoll(oka)t használ az eszköz (</w:t>
            </w:r>
            <w:r w:rsidRPr="00311CC1">
              <w:rPr>
                <w:rFonts w:ascii="Times New Roman" w:hAnsi="Times New Roman" w:cs="Times New Roman"/>
                <w:sz w:val="23"/>
                <w:szCs w:val="23"/>
              </w:rPr>
              <w:t>pl. Modbus, BACnet, M-bus, Profibus, S0, MQTT, Zigbee)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3939" w:type="dxa"/>
          </w:tcPr>
          <w:p w14:paraId="48DC69C2" w14:textId="4515BBBE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629B011D" w14:textId="77777777" w:rsidTr="00A35516">
        <w:tc>
          <w:tcPr>
            <w:tcW w:w="4626" w:type="dxa"/>
          </w:tcPr>
          <w:p w14:paraId="768AB222" w14:textId="77777777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Milyen kommunikációs csatornákon keresztül képes adatokat továbbítani az eszköz (pl. vezetékes,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Wi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-Fi, mobilhálózat,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LoRaWAN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)?</w:t>
            </w:r>
          </w:p>
        </w:tc>
        <w:tc>
          <w:tcPr>
            <w:tcW w:w="3939" w:type="dxa"/>
          </w:tcPr>
          <w:p w14:paraId="41E0A808" w14:textId="5DC1FD65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18BCC649" w14:textId="77777777" w:rsidTr="00A35516">
        <w:tc>
          <w:tcPr>
            <w:tcW w:w="4626" w:type="dxa"/>
          </w:tcPr>
          <w:p w14:paraId="6F8696F0" w14:textId="77777777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formátumban küldi az adatokat (pl. JSON, XML, CSV) az eszköz? Mi a küldött fájlok tartalma?</w:t>
            </w:r>
          </w:p>
        </w:tc>
        <w:tc>
          <w:tcPr>
            <w:tcW w:w="3939" w:type="dxa"/>
          </w:tcPr>
          <w:p w14:paraId="19597A7D" w14:textId="1D73D0F4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2ABF59B0" w14:textId="77777777" w:rsidTr="00A35516">
        <w:tc>
          <w:tcPr>
            <w:tcW w:w="4626" w:type="dxa"/>
          </w:tcPr>
          <w:p w14:paraId="7725AF96" w14:textId="77777777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Képes kezelni az eszköz az adatvesztést vagy az adathibák helyreállítását (pl. adatpufferelés, redundáns adatküldés)?</w:t>
            </w:r>
          </w:p>
        </w:tc>
        <w:tc>
          <w:tcPr>
            <w:tcW w:w="3939" w:type="dxa"/>
          </w:tcPr>
          <w:p w14:paraId="7BCE0C6B" w14:textId="7444F588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0941FA53" w14:textId="77777777" w:rsidTr="00A35516">
        <w:tc>
          <w:tcPr>
            <w:tcW w:w="4626" w:type="dxa"/>
          </w:tcPr>
          <w:p w14:paraId="5023FBFF" w14:textId="22A8834A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mérés adatait továbbítja?</w:t>
            </w:r>
          </w:p>
        </w:tc>
        <w:tc>
          <w:tcPr>
            <w:tcW w:w="3939" w:type="dxa"/>
          </w:tcPr>
          <w:p w14:paraId="5289BDC4" w14:textId="77777777" w:rsidR="00A35516" w:rsidRPr="00311CC1" w:rsidRDefault="00A35516" w:rsidP="00B436D1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777AFB02" w14:textId="77777777" w:rsidTr="00A35516">
        <w:tc>
          <w:tcPr>
            <w:tcW w:w="4626" w:type="dxa"/>
          </w:tcPr>
          <w:p w14:paraId="7E083972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szabályozási funkciókat képes ellátni (pl. hőmérséklet-szabályozás, nyomásszabályozás, áramlásszabályozás)?</w:t>
            </w:r>
          </w:p>
        </w:tc>
        <w:tc>
          <w:tcPr>
            <w:tcW w:w="3939" w:type="dxa"/>
          </w:tcPr>
          <w:p w14:paraId="1C90BBA2" w14:textId="4715B859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7C7919D5" w14:textId="77777777" w:rsidTr="00A35516">
        <w:tc>
          <w:tcPr>
            <w:tcW w:w="4626" w:type="dxa"/>
          </w:tcPr>
          <w:p w14:paraId="43FC6EAB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lastRenderedPageBreak/>
              <w:t>Milyen típusú vezérlési mechanizmusokat támogat (pl. analóg vezérlés, digitális vezérlés, PID szabályozás) az eszköz?</w:t>
            </w:r>
          </w:p>
        </w:tc>
        <w:tc>
          <w:tcPr>
            <w:tcW w:w="3939" w:type="dxa"/>
          </w:tcPr>
          <w:p w14:paraId="462E622C" w14:textId="030CDF2C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6171C482" w14:textId="77777777" w:rsidTr="00A35516">
        <w:tc>
          <w:tcPr>
            <w:tcW w:w="4626" w:type="dxa"/>
          </w:tcPr>
          <w:p w14:paraId="4CE0F724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szabályozási tartományban képes működni (pl. minimális és maximális értékek, paraméterek)?</w:t>
            </w:r>
          </w:p>
        </w:tc>
        <w:tc>
          <w:tcPr>
            <w:tcW w:w="3939" w:type="dxa"/>
          </w:tcPr>
          <w:p w14:paraId="6D75F62B" w14:textId="03E0F864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64A8D41A" w14:textId="77777777" w:rsidTr="00A35516">
        <w:tc>
          <w:tcPr>
            <w:tcW w:w="4626" w:type="dxa"/>
          </w:tcPr>
          <w:p w14:paraId="648C96DA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Mi az eszköz reakcióideje a szabályozási parancsokra (pl. szelepek nyitási/zárási ideje,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aktuátorok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működési sebessége)?</w:t>
            </w:r>
          </w:p>
        </w:tc>
        <w:tc>
          <w:tcPr>
            <w:tcW w:w="3939" w:type="dxa"/>
          </w:tcPr>
          <w:p w14:paraId="00840B0E" w14:textId="0A3427AE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2DE538BE" w14:textId="77777777" w:rsidTr="00A35516">
        <w:tc>
          <w:tcPr>
            <w:tcW w:w="4626" w:type="dxa"/>
          </w:tcPr>
          <w:p w14:paraId="3BDDD63E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pontossággal és stabilitással képes szabályozási műveleteket végrehajtani az eszköz?</w:t>
            </w:r>
          </w:p>
        </w:tc>
        <w:tc>
          <w:tcPr>
            <w:tcW w:w="3939" w:type="dxa"/>
          </w:tcPr>
          <w:p w14:paraId="4870E3F0" w14:textId="27E3A975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6CE2325F" w14:textId="77777777" w:rsidTr="00A35516">
        <w:tc>
          <w:tcPr>
            <w:tcW w:w="4626" w:type="dxa"/>
          </w:tcPr>
          <w:p w14:paraId="4DBEA099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típusú vezérlési parancsokat fogad, és mely kommunikációs protokollokat használ az eszköz szabályozási parancsok fogadására?</w:t>
            </w:r>
          </w:p>
        </w:tc>
        <w:tc>
          <w:tcPr>
            <w:tcW w:w="3939" w:type="dxa"/>
          </w:tcPr>
          <w:p w14:paraId="2523E3AD" w14:textId="7B477710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5CD9814A" w14:textId="77777777" w:rsidTr="00A35516">
        <w:tc>
          <w:tcPr>
            <w:tcW w:w="4626" w:type="dxa"/>
          </w:tcPr>
          <w:p w14:paraId="3CB34E23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biztonsági funkciókkal rendelkezik az eszköz a szabályozási műveletekhez (pl. vészleállítás, túlterhelés elleni védelem)?</w:t>
            </w:r>
          </w:p>
        </w:tc>
        <w:tc>
          <w:tcPr>
            <w:tcW w:w="3939" w:type="dxa"/>
          </w:tcPr>
          <w:p w14:paraId="45C976A5" w14:textId="0BEC2830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2AD944CC" w14:textId="77777777" w:rsidTr="00A35516">
        <w:tc>
          <w:tcPr>
            <w:tcW w:w="4626" w:type="dxa"/>
          </w:tcPr>
          <w:p w14:paraId="59DD8E7A" w14:textId="73A2A1A5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Milyen típusú adatokat képes gyűjteni </w:t>
            </w:r>
            <w:r w:rsidR="00FD51ED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z eszköz?</w:t>
            </w:r>
          </w:p>
        </w:tc>
        <w:tc>
          <w:tcPr>
            <w:tcW w:w="3939" w:type="dxa"/>
          </w:tcPr>
          <w:p w14:paraId="23AFD05D" w14:textId="496A17BF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4471E36E" w14:textId="77777777" w:rsidTr="00A35516">
        <w:tc>
          <w:tcPr>
            <w:tcW w:w="4626" w:type="dxa"/>
          </w:tcPr>
          <w:p w14:paraId="6C3104BF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Képes az eszköz az adatokat helyben tárolni? Milyen kapacitással?</w:t>
            </w:r>
          </w:p>
        </w:tc>
        <w:tc>
          <w:tcPr>
            <w:tcW w:w="3939" w:type="dxa"/>
          </w:tcPr>
          <w:p w14:paraId="2F900DE5" w14:textId="2BCB7DA8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5EC26E22" w14:textId="77777777" w:rsidTr="00A35516">
        <w:tc>
          <w:tcPr>
            <w:tcW w:w="4626" w:type="dxa"/>
          </w:tcPr>
          <w:p w14:paraId="602ED99C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gyakorisággal, milyen módon szinkronizálja az eszköz az adatokat a központi rendszerrel?</w:t>
            </w:r>
          </w:p>
        </w:tc>
        <w:tc>
          <w:tcPr>
            <w:tcW w:w="3939" w:type="dxa"/>
          </w:tcPr>
          <w:p w14:paraId="005F3009" w14:textId="3C48A078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1DA36E43" w14:textId="77777777" w:rsidTr="00A35516">
        <w:tc>
          <w:tcPr>
            <w:tcW w:w="4626" w:type="dxa"/>
          </w:tcPr>
          <w:p w14:paraId="5AC94F29" w14:textId="78DD6313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Képes az eszköz a vezérlési parancsok továbbítására? Milyen típusúakat</w:t>
            </w:r>
            <w:r w:rsidR="00C36DD0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tud továbbítani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?</w:t>
            </w:r>
          </w:p>
        </w:tc>
        <w:tc>
          <w:tcPr>
            <w:tcW w:w="3939" w:type="dxa"/>
          </w:tcPr>
          <w:p w14:paraId="77EEC25D" w14:textId="0548CBE8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08B0D11A" w14:textId="77777777" w:rsidTr="00A35516">
        <w:tc>
          <w:tcPr>
            <w:tcW w:w="4626" w:type="dxa"/>
          </w:tcPr>
          <w:p w14:paraId="21C9B936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megoldásokkal képes az eszköz támogatni az adatvesztés elkerülését (pl. redundáns adatküldés, adatpufferelés)?</w:t>
            </w:r>
          </w:p>
        </w:tc>
        <w:tc>
          <w:tcPr>
            <w:tcW w:w="3939" w:type="dxa"/>
          </w:tcPr>
          <w:p w14:paraId="52D32149" w14:textId="690278E4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6AF5BAC2" w14:textId="77777777" w:rsidTr="00A35516">
        <w:tc>
          <w:tcPr>
            <w:tcW w:w="4626" w:type="dxa"/>
          </w:tcPr>
          <w:p w14:paraId="02529549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Képes az eszköz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eseményvezérelt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adatküldésre (pl. rendellenes adatok, küszöbértékek átlépése esetén)?</w:t>
            </w:r>
          </w:p>
        </w:tc>
        <w:tc>
          <w:tcPr>
            <w:tcW w:w="3939" w:type="dxa"/>
          </w:tcPr>
          <w:p w14:paraId="3535C5E5" w14:textId="37D3F32A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3546D14C" w14:textId="77777777" w:rsidTr="00A35516">
        <w:tc>
          <w:tcPr>
            <w:tcW w:w="4626" w:type="dxa"/>
          </w:tcPr>
          <w:p w14:paraId="59B91174" w14:textId="064B9838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Vezérlés esetén milyen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authentikációs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és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aut</w:t>
            </w:r>
            <w:r w:rsidR="00C36DD0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h</w:t>
            </w: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orizációs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 feltételek teljesülése mellett kerül végrehajtásra a </w:t>
            </w:r>
            <w:r w:rsidR="00C36DD0"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vezérlés?</w:t>
            </w:r>
          </w:p>
        </w:tc>
        <w:tc>
          <w:tcPr>
            <w:tcW w:w="3939" w:type="dxa"/>
          </w:tcPr>
          <w:p w14:paraId="2BDF6C34" w14:textId="1C6FD649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A35516" w:rsidRPr="00311CC1" w14:paraId="48D7D0D1" w14:textId="77777777" w:rsidTr="00A35516">
        <w:tc>
          <w:tcPr>
            <w:tcW w:w="4626" w:type="dxa"/>
          </w:tcPr>
          <w:p w14:paraId="700A89C7" w14:textId="77777777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A központi rendszer felé az adatküldés formátuma, tartalma beállítható, testre szabható? Van lehetőség megadott protokollon (pl. IP) megadott formátumú adatküldés (pl. REST API használata) beállítására?</w:t>
            </w:r>
          </w:p>
        </w:tc>
        <w:tc>
          <w:tcPr>
            <w:tcW w:w="3939" w:type="dxa"/>
          </w:tcPr>
          <w:p w14:paraId="5F54874F" w14:textId="45AE99D3" w:rsidR="00A35516" w:rsidRPr="00311CC1" w:rsidRDefault="00A35516" w:rsidP="00901FB8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</w:tbl>
    <w:p w14:paraId="69647E2B" w14:textId="31EA1D22" w:rsidR="00CC4FB7" w:rsidRPr="00F95796" w:rsidRDefault="00CC4FB7" w:rsidP="00BE6F22">
      <w:pPr>
        <w:pStyle w:val="Cmsor2"/>
        <w:numPr>
          <w:ilvl w:val="0"/>
          <w:numId w:val="12"/>
        </w:numPr>
        <w:rPr>
          <w:rFonts w:ascii="Times New Roman" w:hAnsi="Times New Roman" w:cs="Times New Roman"/>
          <w:color w:val="003399"/>
          <w:sz w:val="23"/>
          <w:szCs w:val="23"/>
          <w:lang w:val="hu-HU"/>
        </w:rPr>
      </w:pPr>
      <w:r w:rsidRPr="00F95796">
        <w:rPr>
          <w:rFonts w:ascii="Times New Roman" w:hAnsi="Times New Roman" w:cs="Times New Roman"/>
          <w:color w:val="003399"/>
          <w:sz w:val="23"/>
          <w:szCs w:val="23"/>
          <w:lang w:val="hu-HU"/>
        </w:rPr>
        <w:t>IT biztonság</w:t>
      </w:r>
    </w:p>
    <w:p w14:paraId="46543DBB" w14:textId="2B1BE3EE" w:rsidR="00EC2ADD" w:rsidRPr="00311CC1" w:rsidRDefault="00EC2ADD" w:rsidP="00947A78">
      <w:pPr>
        <w:jc w:val="both"/>
        <w:rPr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Kérjük mind </w:t>
      </w:r>
      <w:r w:rsidR="00B8105E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energiamérésre, mind energiamenedzsment rendszer funkcionalitását biztosító terepi eszköz esetében </w:t>
      </w:r>
      <w:r w:rsidR="00947A78"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válaszoljon a fejezet kérdéseire. Amennyiben az eszköz </w:t>
      </w:r>
      <w:r w:rsidR="007F7070" w:rsidRPr="00311CC1">
        <w:rPr>
          <w:rFonts w:ascii="Times New Roman" w:hAnsi="Times New Roman" w:cs="Times New Roman"/>
          <w:sz w:val="23"/>
          <w:szCs w:val="23"/>
          <w:lang w:val="hu-HU"/>
        </w:rPr>
        <w:t>es</w:t>
      </w:r>
      <w:r w:rsidR="004C3E9F" w:rsidRPr="00311CC1">
        <w:rPr>
          <w:rFonts w:ascii="Times New Roman" w:hAnsi="Times New Roman" w:cs="Times New Roman"/>
          <w:sz w:val="23"/>
          <w:szCs w:val="23"/>
          <w:lang w:val="hu-HU"/>
        </w:rPr>
        <w:t>e</w:t>
      </w:r>
      <w:r w:rsidR="007F7070" w:rsidRPr="00311CC1">
        <w:rPr>
          <w:rFonts w:ascii="Times New Roman" w:hAnsi="Times New Roman" w:cs="Times New Roman"/>
          <w:sz w:val="23"/>
          <w:szCs w:val="23"/>
          <w:lang w:val="hu-HU"/>
        </w:rPr>
        <w:t>tében a kérdés nem értelmezhető, a „nem releváns” választ írja be</w:t>
      </w:r>
      <w:r w:rsidR="007F7070" w:rsidRPr="00311CC1">
        <w:rPr>
          <w:sz w:val="23"/>
          <w:szCs w:val="23"/>
          <w:lang w:val="hu-HU"/>
        </w:rPr>
        <w:t>.</w:t>
      </w:r>
    </w:p>
    <w:tbl>
      <w:tblPr>
        <w:tblStyle w:val="Rcsostblzat"/>
        <w:tblpPr w:leftFromText="141" w:rightFromText="141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4237"/>
        <w:gridCol w:w="4162"/>
      </w:tblGrid>
      <w:tr w:rsidR="00CC4FB7" w:rsidRPr="00311CC1" w14:paraId="3167ED94" w14:textId="77777777" w:rsidTr="00CC4FB7">
        <w:tc>
          <w:tcPr>
            <w:tcW w:w="4320" w:type="dxa"/>
          </w:tcPr>
          <w:p w14:paraId="57FA2BB2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lastRenderedPageBreak/>
              <w:t>Milyen információbiztonsági szabványoknak felel meg az eszköz?</w:t>
            </w:r>
          </w:p>
        </w:tc>
        <w:tc>
          <w:tcPr>
            <w:tcW w:w="4320" w:type="dxa"/>
          </w:tcPr>
          <w:p w14:paraId="336B2B46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C4FB7" w:rsidRPr="00311CC1" w14:paraId="3DE59B81" w14:textId="77777777" w:rsidTr="00CC4FB7">
        <w:tc>
          <w:tcPr>
            <w:tcW w:w="4320" w:type="dxa"/>
          </w:tcPr>
          <w:p w14:paraId="7B1215BD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Milyen megoldásokkal védi az eszköz a tárolt és továbbított adatokat?</w:t>
            </w:r>
          </w:p>
        </w:tc>
        <w:tc>
          <w:tcPr>
            <w:tcW w:w="4320" w:type="dxa"/>
          </w:tcPr>
          <w:p w14:paraId="7FD8DEBB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C4FB7" w:rsidRPr="00311CC1" w14:paraId="1116CD2A" w14:textId="77777777" w:rsidTr="00CC4FB7">
        <w:tc>
          <w:tcPr>
            <w:tcW w:w="4320" w:type="dxa"/>
          </w:tcPr>
          <w:p w14:paraId="2C8B692C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 xml:space="preserve">Az eszköz </w:t>
            </w:r>
            <w:proofErr w:type="spellStart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firmware</w:t>
            </w:r>
            <w:proofErr w:type="spellEnd"/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- és szoftverfrissítései hogyan biztosítják a rendszer integritását (pl. digitális aláírás, hitelesített források)?</w:t>
            </w:r>
          </w:p>
        </w:tc>
        <w:tc>
          <w:tcPr>
            <w:tcW w:w="4320" w:type="dxa"/>
          </w:tcPr>
          <w:p w14:paraId="7B4E977F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  <w:tr w:rsidR="00CC4FB7" w:rsidRPr="00311CC1" w14:paraId="1FFA522C" w14:textId="77777777" w:rsidTr="00CC4FB7">
        <w:tc>
          <w:tcPr>
            <w:tcW w:w="4320" w:type="dxa"/>
          </w:tcPr>
          <w:p w14:paraId="32C978A2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  <w:r w:rsidRPr="00311CC1">
              <w:rPr>
                <w:rFonts w:ascii="Times New Roman" w:hAnsi="Times New Roman" w:cs="Times New Roman"/>
                <w:sz w:val="23"/>
                <w:szCs w:val="23"/>
                <w:lang w:val="hu-HU"/>
              </w:rPr>
              <w:t>Hogyan biztosítja az eszköz a helyben tárolt adatok biztonságát (pl. titkosított adattárolás, hozzáférési naplózás)?</w:t>
            </w:r>
          </w:p>
        </w:tc>
        <w:tc>
          <w:tcPr>
            <w:tcW w:w="4320" w:type="dxa"/>
          </w:tcPr>
          <w:p w14:paraId="7625B76A" w14:textId="77777777" w:rsidR="00CC4FB7" w:rsidRPr="00311CC1" w:rsidRDefault="00CC4FB7" w:rsidP="00CC4FB7">
            <w:pPr>
              <w:rPr>
                <w:rFonts w:ascii="Times New Roman" w:hAnsi="Times New Roman" w:cs="Times New Roman"/>
                <w:sz w:val="23"/>
                <w:szCs w:val="23"/>
                <w:lang w:val="hu-HU"/>
              </w:rPr>
            </w:pPr>
          </w:p>
        </w:tc>
      </w:tr>
    </w:tbl>
    <w:p w14:paraId="4202C5C9" w14:textId="77777777" w:rsidR="00CC4FB7" w:rsidRPr="00311CC1" w:rsidRDefault="00CC4FB7">
      <w:pPr>
        <w:rPr>
          <w:rFonts w:ascii="Times New Roman" w:hAnsi="Times New Roman" w:cs="Times New Roman"/>
          <w:sz w:val="23"/>
          <w:szCs w:val="23"/>
          <w:lang w:val="hu-HU"/>
        </w:rPr>
      </w:pPr>
    </w:p>
    <w:p w14:paraId="34125BC9" w14:textId="77777777" w:rsidR="00CC4FB7" w:rsidRPr="00311CC1" w:rsidRDefault="00CC4FB7">
      <w:pPr>
        <w:rPr>
          <w:rFonts w:ascii="Times New Roman" w:hAnsi="Times New Roman" w:cs="Times New Roman"/>
          <w:sz w:val="23"/>
          <w:szCs w:val="23"/>
          <w:lang w:val="hu-HU"/>
        </w:rPr>
      </w:pPr>
    </w:p>
    <w:p w14:paraId="51D14AB8" w14:textId="123FDF42" w:rsidR="00C434B1" w:rsidRPr="00311CC1" w:rsidRDefault="00532E5F">
      <w:pPr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Dátum: </w:t>
      </w:r>
      <w:r w:rsidR="00F95796">
        <w:rPr>
          <w:rFonts w:ascii="Times New Roman" w:hAnsi="Times New Roman" w:cs="Times New Roman"/>
          <w:sz w:val="23"/>
          <w:szCs w:val="23"/>
          <w:lang w:val="hu-HU"/>
        </w:rPr>
        <w:t>…………………………</w:t>
      </w:r>
      <w:proofErr w:type="gramStart"/>
      <w:r w:rsidR="00F95796">
        <w:rPr>
          <w:rFonts w:ascii="Times New Roman" w:hAnsi="Times New Roman" w:cs="Times New Roman"/>
          <w:sz w:val="23"/>
          <w:szCs w:val="23"/>
          <w:lang w:val="hu-HU"/>
        </w:rPr>
        <w:t>…….</w:t>
      </w:r>
      <w:proofErr w:type="gramEnd"/>
      <w:r w:rsidR="00F95796">
        <w:rPr>
          <w:rFonts w:ascii="Times New Roman" w:hAnsi="Times New Roman" w:cs="Times New Roman"/>
          <w:sz w:val="23"/>
          <w:szCs w:val="23"/>
          <w:lang w:val="hu-HU"/>
        </w:rPr>
        <w:t>.</w:t>
      </w:r>
    </w:p>
    <w:p w14:paraId="323ABBAD" w14:textId="77777777" w:rsidR="008C3BC1" w:rsidRPr="00311CC1" w:rsidRDefault="008C3BC1">
      <w:pPr>
        <w:rPr>
          <w:rFonts w:ascii="Times New Roman" w:hAnsi="Times New Roman" w:cs="Times New Roman"/>
          <w:sz w:val="23"/>
          <w:szCs w:val="23"/>
          <w:lang w:val="hu-HU"/>
        </w:rPr>
      </w:pPr>
    </w:p>
    <w:p w14:paraId="652C5F04" w14:textId="728A4617" w:rsidR="00C434B1" w:rsidRPr="00311CC1" w:rsidRDefault="00532E5F" w:rsidP="00F95796">
      <w:pPr>
        <w:jc w:val="right"/>
        <w:rPr>
          <w:rFonts w:ascii="Times New Roman" w:hAnsi="Times New Roman" w:cs="Times New Roman"/>
          <w:sz w:val="23"/>
          <w:szCs w:val="23"/>
          <w:lang w:val="hu-HU"/>
        </w:rPr>
      </w:pPr>
      <w:r w:rsidRPr="00311CC1">
        <w:rPr>
          <w:rFonts w:ascii="Times New Roman" w:hAnsi="Times New Roman" w:cs="Times New Roman"/>
          <w:sz w:val="23"/>
          <w:szCs w:val="23"/>
          <w:lang w:val="hu-HU"/>
        </w:rPr>
        <w:t xml:space="preserve">Aláírás: </w:t>
      </w:r>
      <w:r w:rsidR="00F95796">
        <w:rPr>
          <w:rFonts w:ascii="Times New Roman" w:hAnsi="Times New Roman" w:cs="Times New Roman"/>
          <w:sz w:val="23"/>
          <w:szCs w:val="23"/>
          <w:lang w:val="hu-HU"/>
        </w:rPr>
        <w:t>……………………………</w:t>
      </w:r>
      <w:proofErr w:type="gramStart"/>
      <w:r w:rsidR="00F95796">
        <w:rPr>
          <w:rFonts w:ascii="Times New Roman" w:hAnsi="Times New Roman" w:cs="Times New Roman"/>
          <w:sz w:val="23"/>
          <w:szCs w:val="23"/>
          <w:lang w:val="hu-HU"/>
        </w:rPr>
        <w:t>…….</w:t>
      </w:r>
      <w:proofErr w:type="gramEnd"/>
      <w:r w:rsidR="00F95796">
        <w:rPr>
          <w:rFonts w:ascii="Times New Roman" w:hAnsi="Times New Roman" w:cs="Times New Roman"/>
          <w:sz w:val="23"/>
          <w:szCs w:val="23"/>
          <w:lang w:val="hu-HU"/>
        </w:rPr>
        <w:t>.</w:t>
      </w:r>
    </w:p>
    <w:sectPr w:rsidR="00C434B1" w:rsidRPr="00311CC1" w:rsidSect="00C115B7">
      <w:headerReference w:type="default" r:id="rId13"/>
      <w:footerReference w:type="default" r:id="rId14"/>
      <w:footerReference w:type="first" r:id="rId15"/>
      <w:pgSz w:w="12240" w:h="15840" w:code="1"/>
      <w:pgMar w:top="1440" w:right="2034" w:bottom="1440" w:left="1797" w:header="720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BA73E" w14:textId="77777777" w:rsidR="00AF626C" w:rsidRDefault="00AF626C" w:rsidP="00DC4B43">
      <w:pPr>
        <w:spacing w:after="0" w:line="240" w:lineRule="auto"/>
      </w:pPr>
      <w:r>
        <w:separator/>
      </w:r>
    </w:p>
  </w:endnote>
  <w:endnote w:type="continuationSeparator" w:id="0">
    <w:p w14:paraId="048FAB14" w14:textId="77777777" w:rsidR="00AF626C" w:rsidRDefault="00AF626C" w:rsidP="00DC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8490423"/>
      <w:docPartObj>
        <w:docPartGallery w:val="Page Numbers (Bottom of Page)"/>
        <w:docPartUnique/>
      </w:docPartObj>
    </w:sdtPr>
    <w:sdtContent>
      <w:p w14:paraId="0C587788" w14:textId="430B5EFB" w:rsidR="00697F80" w:rsidRDefault="00697F8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68D69D2B" w14:textId="77777777" w:rsidR="00697F80" w:rsidRDefault="00697F8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4387C" w14:textId="78238B56" w:rsidR="0076644C" w:rsidRPr="00A073B7" w:rsidRDefault="00BB7BD8" w:rsidP="005F4D3C">
    <w:pPr>
      <w:pStyle w:val="llb"/>
      <w:jc w:val="right"/>
      <w:rPr>
        <w:lang w:val="hu-HU"/>
      </w:rPr>
    </w:pPr>
    <w:r>
      <w:rPr>
        <w:noProof/>
        <w:lang w:val="hu-HU"/>
      </w:rPr>
      <w:drawing>
        <wp:inline distT="0" distB="0" distL="0" distR="0" wp14:anchorId="0D9CD2EF" wp14:editId="423D88C3">
          <wp:extent cx="1145153" cy="601980"/>
          <wp:effectExtent l="0" t="0" r="0" b="7620"/>
          <wp:docPr id="1521516639" name="Kép 5" descr="A képen szöveg, Grafika, clipart, szimbólu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516639" name="Kép 5" descr="A képen szöveg, Grafika, clipart, szimbólum látható&#10;&#10;Előfordulhat, hogy az AI által létrehozott tartalom helytele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232" cy="614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67DB" w:rsidRPr="008667DB">
      <w:rPr>
        <w:lang w:val="hu-HU"/>
      </w:rPr>
      <w:ptab w:relativeTo="margin" w:alignment="center" w:leader="none"/>
    </w:r>
    <w:r w:rsidR="008667DB" w:rsidRPr="008667DB">
      <w:rPr>
        <w:lang w:val="hu-HU"/>
      </w:rPr>
      <w:ptab w:relativeTo="margin" w:alignment="right" w:leader="none"/>
    </w:r>
    <w:r w:rsidR="00F36853">
      <w:rPr>
        <w:noProof/>
        <w:lang w:val="hu-HU"/>
      </w:rPr>
      <w:drawing>
        <wp:inline distT="0" distB="0" distL="0" distR="0" wp14:anchorId="62530855" wp14:editId="117B5539">
          <wp:extent cx="685800" cy="685800"/>
          <wp:effectExtent l="0" t="0" r="0" b="0"/>
          <wp:docPr id="1798287471" name="Kép 6" descr="A képen embléma, szöveg, Betűtípus, kör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287471" name="Kép 6" descr="A képen embléma, szöveg, Betűtípus, kör látható&#10;&#10;Előfordulhat, hogy az AI által létrehozott tartalom helytelen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A4E84" w14:textId="77777777" w:rsidR="00AF626C" w:rsidRDefault="00AF626C" w:rsidP="00DC4B43">
      <w:pPr>
        <w:spacing w:after="0" w:line="240" w:lineRule="auto"/>
      </w:pPr>
      <w:r>
        <w:separator/>
      </w:r>
    </w:p>
  </w:footnote>
  <w:footnote w:type="continuationSeparator" w:id="0">
    <w:p w14:paraId="534EA35A" w14:textId="77777777" w:rsidR="00AF626C" w:rsidRDefault="00AF626C" w:rsidP="00DC4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CC6D" w14:textId="1EB96CFD" w:rsidR="0076644C" w:rsidRDefault="0076644C">
    <w:pPr>
      <w:pStyle w:val="lfej"/>
    </w:pPr>
  </w:p>
  <w:p w14:paraId="306461B5" w14:textId="77777777" w:rsidR="0076644C" w:rsidRDefault="0076644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4A6B7A"/>
    <w:multiLevelType w:val="hybridMultilevel"/>
    <w:tmpl w:val="D1D2EC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B51DA8"/>
    <w:multiLevelType w:val="hybridMultilevel"/>
    <w:tmpl w:val="B6FC7422"/>
    <w:lvl w:ilvl="0" w:tplc="549EB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54678"/>
    <w:multiLevelType w:val="hybridMultilevel"/>
    <w:tmpl w:val="68445F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859464">
    <w:abstractNumId w:val="8"/>
  </w:num>
  <w:num w:numId="2" w16cid:durableId="2120443960">
    <w:abstractNumId w:val="6"/>
  </w:num>
  <w:num w:numId="3" w16cid:durableId="2012753587">
    <w:abstractNumId w:val="5"/>
  </w:num>
  <w:num w:numId="4" w16cid:durableId="411003836">
    <w:abstractNumId w:val="4"/>
  </w:num>
  <w:num w:numId="5" w16cid:durableId="2094163605">
    <w:abstractNumId w:val="7"/>
  </w:num>
  <w:num w:numId="6" w16cid:durableId="1534729873">
    <w:abstractNumId w:val="3"/>
  </w:num>
  <w:num w:numId="7" w16cid:durableId="1960140512">
    <w:abstractNumId w:val="2"/>
  </w:num>
  <w:num w:numId="8" w16cid:durableId="1858881980">
    <w:abstractNumId w:val="1"/>
  </w:num>
  <w:num w:numId="9" w16cid:durableId="1771200383">
    <w:abstractNumId w:val="0"/>
  </w:num>
  <w:num w:numId="10" w16cid:durableId="705108741">
    <w:abstractNumId w:val="11"/>
  </w:num>
  <w:num w:numId="11" w16cid:durableId="1567456170">
    <w:abstractNumId w:val="9"/>
  </w:num>
  <w:num w:numId="12" w16cid:durableId="6369575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D67"/>
    <w:rsid w:val="000268BC"/>
    <w:rsid w:val="00033550"/>
    <w:rsid w:val="00034292"/>
    <w:rsid w:val="00034616"/>
    <w:rsid w:val="00053E60"/>
    <w:rsid w:val="0006063C"/>
    <w:rsid w:val="000804F6"/>
    <w:rsid w:val="00086F05"/>
    <w:rsid w:val="00093554"/>
    <w:rsid w:val="00095E27"/>
    <w:rsid w:val="000A3003"/>
    <w:rsid w:val="000A7AD4"/>
    <w:rsid w:val="000B52DD"/>
    <w:rsid w:val="000C61BF"/>
    <w:rsid w:val="000C68FC"/>
    <w:rsid w:val="000F2CEC"/>
    <w:rsid w:val="000F3E2E"/>
    <w:rsid w:val="000F5A3E"/>
    <w:rsid w:val="001264EE"/>
    <w:rsid w:val="00134E7E"/>
    <w:rsid w:val="00145C56"/>
    <w:rsid w:val="0015074B"/>
    <w:rsid w:val="00177A56"/>
    <w:rsid w:val="001A2D90"/>
    <w:rsid w:val="001C016A"/>
    <w:rsid w:val="001D7CF3"/>
    <w:rsid w:val="001E4602"/>
    <w:rsid w:val="002116D4"/>
    <w:rsid w:val="00211C82"/>
    <w:rsid w:val="00234D6A"/>
    <w:rsid w:val="00242F00"/>
    <w:rsid w:val="002533B1"/>
    <w:rsid w:val="00253AA4"/>
    <w:rsid w:val="002649CB"/>
    <w:rsid w:val="00266A74"/>
    <w:rsid w:val="00273D94"/>
    <w:rsid w:val="00274FEE"/>
    <w:rsid w:val="0029639D"/>
    <w:rsid w:val="002A107B"/>
    <w:rsid w:val="002D2A9C"/>
    <w:rsid w:val="002D7DCA"/>
    <w:rsid w:val="00302046"/>
    <w:rsid w:val="00304BFF"/>
    <w:rsid w:val="003075FD"/>
    <w:rsid w:val="0031059B"/>
    <w:rsid w:val="00311CC1"/>
    <w:rsid w:val="00326F90"/>
    <w:rsid w:val="0033691F"/>
    <w:rsid w:val="00351D41"/>
    <w:rsid w:val="00355527"/>
    <w:rsid w:val="00357A89"/>
    <w:rsid w:val="003661B4"/>
    <w:rsid w:val="00376AB1"/>
    <w:rsid w:val="00381AFF"/>
    <w:rsid w:val="00390DF8"/>
    <w:rsid w:val="003A1482"/>
    <w:rsid w:val="003B3281"/>
    <w:rsid w:val="003D7A19"/>
    <w:rsid w:val="003F45BE"/>
    <w:rsid w:val="003F575B"/>
    <w:rsid w:val="00410C4C"/>
    <w:rsid w:val="00426712"/>
    <w:rsid w:val="00441328"/>
    <w:rsid w:val="00451477"/>
    <w:rsid w:val="00453AD0"/>
    <w:rsid w:val="00457CA8"/>
    <w:rsid w:val="00463237"/>
    <w:rsid w:val="004874CB"/>
    <w:rsid w:val="00494581"/>
    <w:rsid w:val="004A16D7"/>
    <w:rsid w:val="004A1D1F"/>
    <w:rsid w:val="004B2007"/>
    <w:rsid w:val="004C034A"/>
    <w:rsid w:val="004C2625"/>
    <w:rsid w:val="004C2770"/>
    <w:rsid w:val="004C3E9F"/>
    <w:rsid w:val="004C692D"/>
    <w:rsid w:val="004D1D28"/>
    <w:rsid w:val="004E1E61"/>
    <w:rsid w:val="004F4141"/>
    <w:rsid w:val="004F6DF6"/>
    <w:rsid w:val="004F719C"/>
    <w:rsid w:val="00522BDE"/>
    <w:rsid w:val="00532E5F"/>
    <w:rsid w:val="00537507"/>
    <w:rsid w:val="0054748F"/>
    <w:rsid w:val="00582965"/>
    <w:rsid w:val="005840AE"/>
    <w:rsid w:val="0058580C"/>
    <w:rsid w:val="005A579B"/>
    <w:rsid w:val="005B65E5"/>
    <w:rsid w:val="005D030E"/>
    <w:rsid w:val="005D143E"/>
    <w:rsid w:val="005D79F7"/>
    <w:rsid w:val="005E1678"/>
    <w:rsid w:val="005E6CD9"/>
    <w:rsid w:val="005F2230"/>
    <w:rsid w:val="005F24C6"/>
    <w:rsid w:val="005F4D3C"/>
    <w:rsid w:val="00603B6B"/>
    <w:rsid w:val="0061218A"/>
    <w:rsid w:val="00630DE8"/>
    <w:rsid w:val="00697F80"/>
    <w:rsid w:val="006A2EDF"/>
    <w:rsid w:val="006A78C8"/>
    <w:rsid w:val="006B152B"/>
    <w:rsid w:val="006F7E58"/>
    <w:rsid w:val="00712E86"/>
    <w:rsid w:val="00730BDA"/>
    <w:rsid w:val="00732E18"/>
    <w:rsid w:val="0074144F"/>
    <w:rsid w:val="00741E9E"/>
    <w:rsid w:val="00755DA3"/>
    <w:rsid w:val="00755E9D"/>
    <w:rsid w:val="00755FCD"/>
    <w:rsid w:val="0076644C"/>
    <w:rsid w:val="0077542D"/>
    <w:rsid w:val="00786011"/>
    <w:rsid w:val="00786925"/>
    <w:rsid w:val="007908DF"/>
    <w:rsid w:val="007B39A6"/>
    <w:rsid w:val="007D01B3"/>
    <w:rsid w:val="007D7F0D"/>
    <w:rsid w:val="007E4DEE"/>
    <w:rsid w:val="007F7070"/>
    <w:rsid w:val="007F792D"/>
    <w:rsid w:val="00821878"/>
    <w:rsid w:val="00825A1B"/>
    <w:rsid w:val="00844177"/>
    <w:rsid w:val="0084600D"/>
    <w:rsid w:val="008464E1"/>
    <w:rsid w:val="00852DFE"/>
    <w:rsid w:val="00864B25"/>
    <w:rsid w:val="008667DB"/>
    <w:rsid w:val="00870803"/>
    <w:rsid w:val="008710DD"/>
    <w:rsid w:val="0087190B"/>
    <w:rsid w:val="008A23BA"/>
    <w:rsid w:val="008A31F6"/>
    <w:rsid w:val="008A69C9"/>
    <w:rsid w:val="008B1A67"/>
    <w:rsid w:val="008B3BE2"/>
    <w:rsid w:val="008C3BC1"/>
    <w:rsid w:val="00901FB8"/>
    <w:rsid w:val="00904953"/>
    <w:rsid w:val="0091113F"/>
    <w:rsid w:val="00945E51"/>
    <w:rsid w:val="00947A78"/>
    <w:rsid w:val="0095255F"/>
    <w:rsid w:val="0098624D"/>
    <w:rsid w:val="009976A7"/>
    <w:rsid w:val="009A33AC"/>
    <w:rsid w:val="009A5C1B"/>
    <w:rsid w:val="009C40AF"/>
    <w:rsid w:val="009C4285"/>
    <w:rsid w:val="009F2477"/>
    <w:rsid w:val="009F2C2A"/>
    <w:rsid w:val="009F2FDF"/>
    <w:rsid w:val="009F50FA"/>
    <w:rsid w:val="00A073B7"/>
    <w:rsid w:val="00A077E1"/>
    <w:rsid w:val="00A24BB0"/>
    <w:rsid w:val="00A35516"/>
    <w:rsid w:val="00A37088"/>
    <w:rsid w:val="00A40B65"/>
    <w:rsid w:val="00A518B2"/>
    <w:rsid w:val="00A52FF7"/>
    <w:rsid w:val="00A70017"/>
    <w:rsid w:val="00A800D0"/>
    <w:rsid w:val="00AA1D8D"/>
    <w:rsid w:val="00AA44FC"/>
    <w:rsid w:val="00AB200E"/>
    <w:rsid w:val="00AB70ED"/>
    <w:rsid w:val="00AC2155"/>
    <w:rsid w:val="00AD4AB1"/>
    <w:rsid w:val="00AF1174"/>
    <w:rsid w:val="00AF143B"/>
    <w:rsid w:val="00AF35AD"/>
    <w:rsid w:val="00AF626C"/>
    <w:rsid w:val="00AF7CAF"/>
    <w:rsid w:val="00B0001A"/>
    <w:rsid w:val="00B2094D"/>
    <w:rsid w:val="00B21744"/>
    <w:rsid w:val="00B436D1"/>
    <w:rsid w:val="00B457E9"/>
    <w:rsid w:val="00B47730"/>
    <w:rsid w:val="00B702CB"/>
    <w:rsid w:val="00B708B1"/>
    <w:rsid w:val="00B8105E"/>
    <w:rsid w:val="00B82073"/>
    <w:rsid w:val="00B86FE1"/>
    <w:rsid w:val="00B92EF7"/>
    <w:rsid w:val="00B95625"/>
    <w:rsid w:val="00BB4C94"/>
    <w:rsid w:val="00BB7BD8"/>
    <w:rsid w:val="00BD28D2"/>
    <w:rsid w:val="00BE6F22"/>
    <w:rsid w:val="00BF5EE6"/>
    <w:rsid w:val="00C115B7"/>
    <w:rsid w:val="00C13405"/>
    <w:rsid w:val="00C20764"/>
    <w:rsid w:val="00C2536B"/>
    <w:rsid w:val="00C257E2"/>
    <w:rsid w:val="00C35F07"/>
    <w:rsid w:val="00C36DD0"/>
    <w:rsid w:val="00C434B1"/>
    <w:rsid w:val="00C4A9AA"/>
    <w:rsid w:val="00C50A9F"/>
    <w:rsid w:val="00C6018C"/>
    <w:rsid w:val="00C60259"/>
    <w:rsid w:val="00C73528"/>
    <w:rsid w:val="00C82B2A"/>
    <w:rsid w:val="00C848E8"/>
    <w:rsid w:val="00C85A48"/>
    <w:rsid w:val="00C934DF"/>
    <w:rsid w:val="00C94B12"/>
    <w:rsid w:val="00C95DFA"/>
    <w:rsid w:val="00CB0664"/>
    <w:rsid w:val="00CC102B"/>
    <w:rsid w:val="00CC2471"/>
    <w:rsid w:val="00CC4FB7"/>
    <w:rsid w:val="00CE5369"/>
    <w:rsid w:val="00CE5761"/>
    <w:rsid w:val="00D2527A"/>
    <w:rsid w:val="00D337DF"/>
    <w:rsid w:val="00D400F6"/>
    <w:rsid w:val="00D4726E"/>
    <w:rsid w:val="00D52A31"/>
    <w:rsid w:val="00D57FA3"/>
    <w:rsid w:val="00D619CC"/>
    <w:rsid w:val="00D63850"/>
    <w:rsid w:val="00D8055D"/>
    <w:rsid w:val="00D8654F"/>
    <w:rsid w:val="00D871CF"/>
    <w:rsid w:val="00DB2C5A"/>
    <w:rsid w:val="00DB329A"/>
    <w:rsid w:val="00DC3756"/>
    <w:rsid w:val="00DC4B43"/>
    <w:rsid w:val="00DE1283"/>
    <w:rsid w:val="00DE5C53"/>
    <w:rsid w:val="00DF1BA2"/>
    <w:rsid w:val="00DF34E6"/>
    <w:rsid w:val="00E02E32"/>
    <w:rsid w:val="00E14B00"/>
    <w:rsid w:val="00E21403"/>
    <w:rsid w:val="00E21E45"/>
    <w:rsid w:val="00E338DB"/>
    <w:rsid w:val="00E455F1"/>
    <w:rsid w:val="00E45B2A"/>
    <w:rsid w:val="00E66BA1"/>
    <w:rsid w:val="00E9306E"/>
    <w:rsid w:val="00E97BDE"/>
    <w:rsid w:val="00EA4B59"/>
    <w:rsid w:val="00EC2ADD"/>
    <w:rsid w:val="00ED3438"/>
    <w:rsid w:val="00EE12D3"/>
    <w:rsid w:val="00EE2D55"/>
    <w:rsid w:val="00EF7B65"/>
    <w:rsid w:val="00F02EC8"/>
    <w:rsid w:val="00F03959"/>
    <w:rsid w:val="00F07A7C"/>
    <w:rsid w:val="00F07C2E"/>
    <w:rsid w:val="00F302F9"/>
    <w:rsid w:val="00F36853"/>
    <w:rsid w:val="00F500F0"/>
    <w:rsid w:val="00F608D1"/>
    <w:rsid w:val="00F84FD0"/>
    <w:rsid w:val="00F90B26"/>
    <w:rsid w:val="00F95796"/>
    <w:rsid w:val="00FA09ED"/>
    <w:rsid w:val="00FC693F"/>
    <w:rsid w:val="00FD51ED"/>
    <w:rsid w:val="00FE00F8"/>
    <w:rsid w:val="00FE513F"/>
    <w:rsid w:val="09BB68AD"/>
    <w:rsid w:val="0B16410A"/>
    <w:rsid w:val="0D86CE80"/>
    <w:rsid w:val="10830BCE"/>
    <w:rsid w:val="16ED1663"/>
    <w:rsid w:val="1FE3A117"/>
    <w:rsid w:val="33353DF1"/>
    <w:rsid w:val="3509AD87"/>
    <w:rsid w:val="38EEFC9C"/>
    <w:rsid w:val="3F116B6C"/>
    <w:rsid w:val="43D0C84F"/>
    <w:rsid w:val="4545D8DA"/>
    <w:rsid w:val="4F9F2308"/>
    <w:rsid w:val="4FA42B93"/>
    <w:rsid w:val="511AEF96"/>
    <w:rsid w:val="55347CCE"/>
    <w:rsid w:val="69BA3DF2"/>
    <w:rsid w:val="7C41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BCC94C"/>
  <w14:defaultImageDpi w14:val="330"/>
  <w15:docId w15:val="{3ACF0C8A-0A26-4E24-A9AA-F0E1FAE9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008C3BC1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C3BC1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702C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702C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702CB"/>
    <w:rPr>
      <w:vertAlign w:val="superscript"/>
    </w:rPr>
  </w:style>
  <w:style w:type="paragraph" w:styleId="Vltozat">
    <w:name w:val="Revision"/>
    <w:hidden/>
    <w:uiPriority w:val="99"/>
    <w:semiHidden/>
    <w:rsid w:val="000C61BF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0C61B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C61B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C61B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C61B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C61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zakvelemeny@feak.h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94E42F893E2BD429BAD1DF5F7D97C7F" ma:contentTypeVersion="11" ma:contentTypeDescription="Új dokumentum létrehozása." ma:contentTypeScope="" ma:versionID="86bfda28a834beac91d66543b81ab8da">
  <xsd:schema xmlns:xsd="http://www.w3.org/2001/XMLSchema" xmlns:xs="http://www.w3.org/2001/XMLSchema" xmlns:p="http://schemas.microsoft.com/office/2006/metadata/properties" xmlns:ns2="074e65ed-a25b-4627-80ff-994155c2cd67" xmlns:ns3="64536709-858e-497f-8172-bf95d28f3497" targetNamespace="http://schemas.microsoft.com/office/2006/metadata/properties" ma:root="true" ma:fieldsID="e9e82594c36e8b90819461172bcde197" ns2:_="" ns3:_="">
    <xsd:import namespace="074e65ed-a25b-4627-80ff-994155c2cd67"/>
    <xsd:import namespace="64536709-858e-497f-8172-bf95d28f34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e65ed-a25b-4627-80ff-994155c2cd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d5d56a2e-0bae-4c79-bc02-e74dfe1d51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36709-858e-497f-8172-bf95d28f349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0283c25-cc55-446a-bc29-d70b9164e155}" ma:internalName="TaxCatchAll" ma:showField="CatchAllData" ma:web="64536709-858e-497f-8172-bf95d28f34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536709-858e-497f-8172-bf95d28f3497" xsi:nil="true"/>
    <lcf76f155ced4ddcb4097134ff3c332f xmlns="074e65ed-a25b-4627-80ff-994155c2cd6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44A8A4-F4C4-4643-B4E7-8C1FB82BB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e65ed-a25b-4627-80ff-994155c2cd67"/>
    <ds:schemaRef ds:uri="64536709-858e-497f-8172-bf95d28f34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5BBC04-009E-41F3-82BC-0239C1EC78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3D4308-BFAA-4E56-8F69-8BEC502C8CA5}">
  <ds:schemaRefs>
    <ds:schemaRef ds:uri="http://schemas.microsoft.com/office/2006/metadata/properties"/>
    <ds:schemaRef ds:uri="http://schemas.microsoft.com/office/infopath/2007/PartnerControls"/>
    <ds:schemaRef ds:uri="64536709-858e-497f-8172-bf95d28f3497"/>
    <ds:schemaRef ds:uri="074e65ed-a25b-4627-80ff-994155c2cd67"/>
  </ds:schemaRefs>
</ds:datastoreItem>
</file>

<file path=customXml/itemProps4.xml><?xml version="1.0" encoding="utf-8"?>
<ds:datastoreItem xmlns:ds="http://schemas.openxmlformats.org/officeDocument/2006/customXml" ds:itemID="{299999FC-9240-4229-9F55-8284DDC555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957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Szőke Péter</dc:creator>
  <cp:keywords/>
  <dc:description/>
  <cp:lastModifiedBy>Szőke Péter</cp:lastModifiedBy>
  <cp:revision>3</cp:revision>
  <dcterms:created xsi:type="dcterms:W3CDTF">2025-11-19T15:12:00Z</dcterms:created>
  <dcterms:modified xsi:type="dcterms:W3CDTF">2025-11-21T14:45:00Z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0x010100194E42F893E2BD429BAD1DF5F7D97C7F</vt:lpwstr>
  </property>
</Properties>
</file>