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143F3" w14:textId="6C532508" w:rsidR="00C434B1" w:rsidRPr="00451477" w:rsidRDefault="00A077E1" w:rsidP="008C3BC1">
      <w:pPr>
        <w:pStyle w:val="Cmsor1"/>
        <w:jc w:val="center"/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>Mérő/</w:t>
      </w:r>
      <w:r w:rsidR="009F2FDF" w:rsidRPr="00451477">
        <w:rPr>
          <w:rFonts w:ascii="Arial" w:hAnsi="Arial" w:cs="Arial"/>
          <w:lang w:val="hu-HU"/>
        </w:rPr>
        <w:t xml:space="preserve">szabályozó </w:t>
      </w:r>
      <w:r w:rsidRPr="00451477">
        <w:rPr>
          <w:rFonts w:ascii="Arial" w:hAnsi="Arial" w:cs="Arial"/>
          <w:lang w:val="hu-HU"/>
        </w:rPr>
        <w:t>eszköz</w:t>
      </w:r>
      <w:r w:rsidR="002533B1" w:rsidRPr="00451477">
        <w:rPr>
          <w:rFonts w:ascii="Arial" w:hAnsi="Arial" w:cs="Arial"/>
          <w:lang w:val="hu-HU"/>
        </w:rPr>
        <w:t xml:space="preserve"> értékelési űrlap</w:t>
      </w:r>
    </w:p>
    <w:p w14:paraId="7473B693" w14:textId="77777777" w:rsidR="008C3BC1" w:rsidRPr="00451477" w:rsidRDefault="008C3BC1">
      <w:pPr>
        <w:rPr>
          <w:rFonts w:ascii="Arial" w:hAnsi="Arial" w:cs="Arial"/>
          <w:lang w:val="hu-HU"/>
        </w:rPr>
      </w:pPr>
    </w:p>
    <w:p w14:paraId="58F91359" w14:textId="394CA1AC" w:rsidR="008C3BC1" w:rsidRPr="00451477" w:rsidRDefault="00532E5F">
      <w:pPr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 xml:space="preserve">Kérjük, töltse ki az alábbi űrlapot a </w:t>
      </w:r>
      <w:r w:rsidR="00A077E1" w:rsidRPr="00451477">
        <w:rPr>
          <w:rFonts w:ascii="Arial" w:hAnsi="Arial" w:cs="Arial"/>
          <w:lang w:val="hu-HU"/>
        </w:rPr>
        <w:t>mérő</w:t>
      </w:r>
      <w:r w:rsidR="009F2FDF" w:rsidRPr="00451477">
        <w:rPr>
          <w:rFonts w:ascii="Arial" w:hAnsi="Arial" w:cs="Arial"/>
          <w:lang w:val="hu-HU"/>
        </w:rPr>
        <w:t xml:space="preserve"> vagy szabályozó </w:t>
      </w:r>
      <w:r w:rsidR="00A077E1" w:rsidRPr="00451477">
        <w:rPr>
          <w:rFonts w:ascii="Arial" w:hAnsi="Arial" w:cs="Arial"/>
          <w:lang w:val="hu-HU"/>
        </w:rPr>
        <w:t>eszköz</w:t>
      </w:r>
      <w:r w:rsidRPr="00451477">
        <w:rPr>
          <w:rFonts w:ascii="Arial" w:hAnsi="Arial" w:cs="Arial"/>
          <w:lang w:val="hu-HU"/>
        </w:rPr>
        <w:t xml:space="preserve"> szakértői véleményezéséhez szükséges információk megadásával</w:t>
      </w:r>
      <w:r w:rsidR="00463237">
        <w:rPr>
          <w:rFonts w:ascii="Arial" w:hAnsi="Arial" w:cs="Arial"/>
          <w:lang w:val="hu-HU"/>
        </w:rPr>
        <w:t>. Egy űrlapon csak egy eszköz szerepeltethető</w:t>
      </w:r>
      <w:r w:rsidR="008C3BC1" w:rsidRPr="00451477">
        <w:rPr>
          <w:rFonts w:ascii="Arial" w:hAnsi="Arial" w:cs="Arial"/>
          <w:lang w:val="hu-HU"/>
        </w:rPr>
        <w:t>:</w:t>
      </w:r>
    </w:p>
    <w:p w14:paraId="222FA398" w14:textId="0017EDCD" w:rsidR="008C3BC1" w:rsidRPr="00451477" w:rsidRDefault="00532E5F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 xml:space="preserve">Minden kérdés melletti cellában </w:t>
      </w:r>
      <w:r w:rsidR="008C3BC1" w:rsidRPr="00451477">
        <w:rPr>
          <w:rFonts w:ascii="Arial" w:hAnsi="Arial" w:cs="Arial"/>
          <w:lang w:val="hu-HU"/>
        </w:rPr>
        <w:t>a kérdésre szövegesen válaszolni kell.</w:t>
      </w:r>
    </w:p>
    <w:p w14:paraId="08E89A12" w14:textId="1AE4C9BB" w:rsidR="00C434B1" w:rsidRPr="00451477" w:rsidRDefault="008C3BC1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>A válasz után meg kell adni, hogy a szöveg</w:t>
      </w:r>
      <w:r w:rsidR="00426712" w:rsidRPr="00451477">
        <w:rPr>
          <w:rFonts w:ascii="Arial" w:hAnsi="Arial" w:cs="Arial"/>
          <w:lang w:val="hu-HU"/>
        </w:rPr>
        <w:t>e</w:t>
      </w:r>
      <w:r w:rsidRPr="00451477">
        <w:rPr>
          <w:rFonts w:ascii="Arial" w:hAnsi="Arial" w:cs="Arial"/>
          <w:lang w:val="hu-HU"/>
        </w:rPr>
        <w:t>sen beírt információt melyik dokumentumban, hol találják meg a szakvéleményezési szakértők (fájlnév, dokumentum címe, fejezet vagy oldalszám).</w:t>
      </w:r>
    </w:p>
    <w:p w14:paraId="62ADCDAA" w14:textId="328F0F34" w:rsidR="008C3BC1" w:rsidRPr="00451477" w:rsidRDefault="008C3BC1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>A hivatkozott dokumentumokat fel kell tölteni a megadott tárhelyre.</w:t>
      </w:r>
    </w:p>
    <w:p w14:paraId="014F8AAA" w14:textId="1058BB11" w:rsidR="008C3BC1" w:rsidRPr="00451477" w:rsidRDefault="008C3BC1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>A jelen űrlapot kitöltés után cégszerűen aláírva szintén fel kell tölteni a megadott tárhelyre.</w:t>
      </w:r>
    </w:p>
    <w:p w14:paraId="0F33D4CF" w14:textId="4027A16A" w:rsidR="008C3BC1" w:rsidRPr="00451477" w:rsidRDefault="008C3BC1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 xml:space="preserve">Amikor minden előző lépés kész, kérjük küldjön erről egy e-mailt a </w:t>
      </w:r>
      <w:hyperlink r:id="rId7" w:history="1">
        <w:r w:rsidRPr="00451477">
          <w:rPr>
            <w:rStyle w:val="Hiperhivatkozs"/>
            <w:rFonts w:ascii="Arial" w:hAnsi="Arial" w:cs="Arial"/>
            <w:lang w:val="hu-HU"/>
          </w:rPr>
          <w:t>szakvelemeny@feak.hu</w:t>
        </w:r>
      </w:hyperlink>
      <w:r w:rsidRPr="00451477">
        <w:rPr>
          <w:rFonts w:ascii="Arial" w:hAnsi="Arial" w:cs="Arial"/>
          <w:lang w:val="hu-HU"/>
        </w:rPr>
        <w:t xml:space="preserve"> címre.</w:t>
      </w:r>
    </w:p>
    <w:p w14:paraId="79290990" w14:textId="0A1FF45A" w:rsidR="008C3BC1" w:rsidRPr="00451477" w:rsidRDefault="008C3BC1">
      <w:pPr>
        <w:rPr>
          <w:rFonts w:ascii="Arial" w:hAnsi="Arial" w:cs="Arial"/>
          <w:lang w:val="hu-HU"/>
        </w:rPr>
      </w:pPr>
    </w:p>
    <w:p w14:paraId="5E6B6161" w14:textId="77777777" w:rsidR="00C434B1" w:rsidRPr="00451477" w:rsidRDefault="00532E5F">
      <w:pPr>
        <w:pStyle w:val="Cmsor2"/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>1. Cégadatok és kapcsolattartó 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451477" w14:paraId="62983D06" w14:textId="77777777">
        <w:tc>
          <w:tcPr>
            <w:tcW w:w="4320" w:type="dxa"/>
          </w:tcPr>
          <w:p w14:paraId="5883B2F5" w14:textId="77777777" w:rsidR="00C434B1" w:rsidRPr="00451477" w:rsidRDefault="00532E5F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Cég neve:</w:t>
            </w:r>
          </w:p>
        </w:tc>
        <w:tc>
          <w:tcPr>
            <w:tcW w:w="4320" w:type="dxa"/>
          </w:tcPr>
          <w:p w14:paraId="4F755059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1F07B3F2" w14:textId="77777777">
        <w:tc>
          <w:tcPr>
            <w:tcW w:w="4320" w:type="dxa"/>
          </w:tcPr>
          <w:p w14:paraId="0569EF18" w14:textId="77777777" w:rsidR="00C434B1" w:rsidRPr="00451477" w:rsidRDefault="00532E5F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Székhely címe:</w:t>
            </w:r>
          </w:p>
        </w:tc>
        <w:tc>
          <w:tcPr>
            <w:tcW w:w="4320" w:type="dxa"/>
          </w:tcPr>
          <w:p w14:paraId="4C060C03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3649860E" w14:textId="77777777">
        <w:tc>
          <w:tcPr>
            <w:tcW w:w="4320" w:type="dxa"/>
          </w:tcPr>
          <w:p w14:paraId="058F1120" w14:textId="77777777" w:rsidR="00C434B1" w:rsidRPr="00451477" w:rsidRDefault="00532E5F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Kapcsolattartó neve:</w:t>
            </w:r>
          </w:p>
        </w:tc>
        <w:tc>
          <w:tcPr>
            <w:tcW w:w="4320" w:type="dxa"/>
          </w:tcPr>
          <w:p w14:paraId="5C90B3AB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05643E32" w14:textId="77777777">
        <w:tc>
          <w:tcPr>
            <w:tcW w:w="4320" w:type="dxa"/>
          </w:tcPr>
          <w:p w14:paraId="3DA8A63F" w14:textId="77777777" w:rsidR="00C434B1" w:rsidRPr="00451477" w:rsidRDefault="00532E5F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Kapcsolattartó telefonszáma:</w:t>
            </w:r>
          </w:p>
        </w:tc>
        <w:tc>
          <w:tcPr>
            <w:tcW w:w="4320" w:type="dxa"/>
          </w:tcPr>
          <w:p w14:paraId="09FE8C97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6B198AEB" w14:textId="77777777">
        <w:tc>
          <w:tcPr>
            <w:tcW w:w="4320" w:type="dxa"/>
          </w:tcPr>
          <w:p w14:paraId="71B2C69F" w14:textId="77777777" w:rsidR="00C434B1" w:rsidRPr="00451477" w:rsidRDefault="00532E5F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Kapcsolattartó e-mail címe:</w:t>
            </w:r>
          </w:p>
        </w:tc>
        <w:tc>
          <w:tcPr>
            <w:tcW w:w="4320" w:type="dxa"/>
          </w:tcPr>
          <w:p w14:paraId="727AC662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4DF35A2C" w14:textId="7FCD1832" w:rsidR="00C434B1" w:rsidRPr="00451477" w:rsidRDefault="00532E5F">
      <w:pPr>
        <w:pStyle w:val="Cmsor2"/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 xml:space="preserve">2. </w:t>
      </w:r>
      <w:r w:rsidR="006B152B" w:rsidRPr="00451477">
        <w:rPr>
          <w:rFonts w:ascii="Arial" w:hAnsi="Arial" w:cs="Arial"/>
          <w:lang w:val="hu-HU"/>
        </w:rPr>
        <w:t>Eszköz</w:t>
      </w:r>
      <w:r w:rsidRPr="00451477">
        <w:rPr>
          <w:rFonts w:ascii="Arial" w:hAnsi="Arial" w:cs="Arial"/>
          <w:lang w:val="hu-HU"/>
        </w:rPr>
        <w:t xml:space="preserve"> azonosítása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451477" w14:paraId="3ABABEFC" w14:textId="77777777">
        <w:tc>
          <w:tcPr>
            <w:tcW w:w="4320" w:type="dxa"/>
          </w:tcPr>
          <w:p w14:paraId="0BD72D1E" w14:textId="569ECFD9" w:rsidR="00C434B1" w:rsidRPr="00451477" w:rsidRDefault="006B152B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Eszköz</w:t>
            </w:r>
            <w:r w:rsidR="00532E5F" w:rsidRPr="00451477">
              <w:rPr>
                <w:rFonts w:ascii="Arial" w:hAnsi="Arial" w:cs="Arial"/>
                <w:lang w:val="hu-HU"/>
              </w:rPr>
              <w:t xml:space="preserve"> neve:</w:t>
            </w:r>
          </w:p>
        </w:tc>
        <w:tc>
          <w:tcPr>
            <w:tcW w:w="4320" w:type="dxa"/>
          </w:tcPr>
          <w:p w14:paraId="58EA9749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4FC97BBE" w14:textId="77777777">
        <w:tc>
          <w:tcPr>
            <w:tcW w:w="4320" w:type="dxa"/>
          </w:tcPr>
          <w:p w14:paraId="293D9FDE" w14:textId="3393F8C7" w:rsidR="00C434B1" w:rsidRPr="00451477" w:rsidRDefault="006B152B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Típusa</w:t>
            </w:r>
            <w:r w:rsidR="00532E5F" w:rsidRPr="00451477">
              <w:rPr>
                <w:rFonts w:ascii="Arial" w:hAnsi="Arial" w:cs="Arial"/>
                <w:lang w:val="hu-HU"/>
              </w:rPr>
              <w:t>:</w:t>
            </w:r>
          </w:p>
        </w:tc>
        <w:tc>
          <w:tcPr>
            <w:tcW w:w="4320" w:type="dxa"/>
          </w:tcPr>
          <w:p w14:paraId="3C2AC4B7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8B3BE2" w:rsidRPr="00451477" w14:paraId="45CE5328" w14:textId="77777777">
        <w:tc>
          <w:tcPr>
            <w:tcW w:w="4320" w:type="dxa"/>
          </w:tcPr>
          <w:p w14:paraId="09B6B754" w14:textId="2437553E" w:rsidR="008B3BE2" w:rsidRPr="00451477" w:rsidRDefault="008B3BE2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Gyártói típusazonosító:</w:t>
            </w:r>
          </w:p>
        </w:tc>
        <w:tc>
          <w:tcPr>
            <w:tcW w:w="4320" w:type="dxa"/>
          </w:tcPr>
          <w:p w14:paraId="41A3D926" w14:textId="77777777" w:rsidR="008B3BE2" w:rsidRPr="00451477" w:rsidRDefault="008B3BE2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34ECA30E" w14:textId="77777777">
        <w:tc>
          <w:tcPr>
            <w:tcW w:w="4320" w:type="dxa"/>
          </w:tcPr>
          <w:p w14:paraId="7F9D0B00" w14:textId="77777777" w:rsidR="00C434B1" w:rsidRPr="00451477" w:rsidRDefault="00532E5F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Gyártó neve:</w:t>
            </w:r>
          </w:p>
        </w:tc>
        <w:tc>
          <w:tcPr>
            <w:tcW w:w="4320" w:type="dxa"/>
          </w:tcPr>
          <w:p w14:paraId="46BBFD2E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3106DD44" w14:textId="77777777">
        <w:tc>
          <w:tcPr>
            <w:tcW w:w="4320" w:type="dxa"/>
          </w:tcPr>
          <w:p w14:paraId="753825A7" w14:textId="77777777" w:rsidR="00C434B1" w:rsidRPr="00451477" w:rsidRDefault="00532E5F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Forgalmazó neve:</w:t>
            </w:r>
          </w:p>
        </w:tc>
        <w:tc>
          <w:tcPr>
            <w:tcW w:w="4320" w:type="dxa"/>
          </w:tcPr>
          <w:p w14:paraId="06096225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6F63398A" w14:textId="2486539A" w:rsidR="00C434B1" w:rsidRPr="00451477" w:rsidRDefault="00532E5F">
      <w:pPr>
        <w:pStyle w:val="Cmsor2"/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 xml:space="preserve">3. </w:t>
      </w:r>
      <w:r w:rsidR="008B3BE2" w:rsidRPr="00451477">
        <w:rPr>
          <w:rFonts w:ascii="Arial" w:hAnsi="Arial" w:cs="Arial"/>
          <w:lang w:val="hu-HU"/>
        </w:rPr>
        <w:t>Eszköz funkció</w:t>
      </w:r>
      <w:r w:rsidR="00C85A48" w:rsidRPr="00451477">
        <w:rPr>
          <w:rFonts w:ascii="Arial" w:hAnsi="Arial" w:cs="Arial"/>
          <w:lang w:val="hu-HU"/>
        </w:rPr>
        <w:t>ja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451477" w14:paraId="1D1E8298" w14:textId="77777777">
        <w:tc>
          <w:tcPr>
            <w:tcW w:w="4320" w:type="dxa"/>
          </w:tcPr>
          <w:p w14:paraId="382AED07" w14:textId="2FCF7AFF" w:rsidR="00C434B1" w:rsidRPr="00451477" w:rsidRDefault="00C85A48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Milyen funkciót lát el az eszköz (</w:t>
            </w:r>
            <w:r w:rsidR="00451477" w:rsidRPr="00451477">
              <w:rPr>
                <w:rFonts w:ascii="Arial" w:hAnsi="Arial" w:cs="Arial"/>
                <w:lang w:val="hu-HU"/>
              </w:rPr>
              <w:t>mérés, érzékelés, adatgyűjtés, szabályozás</w:t>
            </w:r>
            <w:r w:rsidRPr="00451477">
              <w:rPr>
                <w:rFonts w:ascii="Arial" w:hAnsi="Arial" w:cs="Arial"/>
                <w:lang w:val="hu-HU"/>
              </w:rPr>
              <w:t xml:space="preserve">)? </w:t>
            </w:r>
            <w:r w:rsidR="00451477" w:rsidRPr="00451477">
              <w:rPr>
                <w:rFonts w:ascii="Arial" w:hAnsi="Arial" w:cs="Arial"/>
                <w:lang w:val="hu-HU"/>
              </w:rPr>
              <w:t>Mely rendszerekhez vagy alkalmazási területekhez kapcsolódik?</w:t>
            </w:r>
          </w:p>
        </w:tc>
        <w:tc>
          <w:tcPr>
            <w:tcW w:w="4320" w:type="dxa"/>
          </w:tcPr>
          <w:p w14:paraId="61D4005B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355527" w:rsidRPr="00451477" w14:paraId="2D719E2A" w14:textId="77777777" w:rsidTr="002305FE">
        <w:tc>
          <w:tcPr>
            <w:tcW w:w="4320" w:type="dxa"/>
          </w:tcPr>
          <w:p w14:paraId="2C23A94F" w14:textId="46061DEA" w:rsidR="00355527" w:rsidRPr="00451477" w:rsidRDefault="00E21E45" w:rsidP="002305F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E21E45">
              <w:rPr>
                <w:rFonts w:ascii="Arial" w:hAnsi="Arial" w:cs="Arial"/>
                <w:lang w:val="hu-HU"/>
              </w:rPr>
              <w:t xml:space="preserve">ilyen típusú energetikai adatokat képes előállítani (pl. villamos energia </w:t>
            </w:r>
            <w:r w:rsidRPr="00E21E45">
              <w:rPr>
                <w:rFonts w:ascii="Arial" w:hAnsi="Arial" w:cs="Arial"/>
                <w:lang w:val="hu-HU"/>
              </w:rPr>
              <w:lastRenderedPageBreak/>
              <w:t>fogyasztás, gázfogyasztás, hőmérséklet, páratartalom stb.)</w:t>
            </w:r>
            <w:r>
              <w:rPr>
                <w:rFonts w:ascii="Arial" w:hAnsi="Arial" w:cs="Arial"/>
                <w:lang w:val="hu-HU"/>
              </w:rPr>
              <w:t xml:space="preserve"> az eszköz?</w:t>
            </w:r>
          </w:p>
        </w:tc>
        <w:tc>
          <w:tcPr>
            <w:tcW w:w="4320" w:type="dxa"/>
          </w:tcPr>
          <w:p w14:paraId="6F230487" w14:textId="77777777" w:rsidR="00355527" w:rsidRPr="00451477" w:rsidRDefault="00355527" w:rsidP="002305FE">
            <w:pPr>
              <w:rPr>
                <w:rFonts w:ascii="Arial" w:hAnsi="Arial" w:cs="Arial"/>
                <w:lang w:val="hu-HU"/>
              </w:rPr>
            </w:pPr>
          </w:p>
        </w:tc>
      </w:tr>
      <w:tr w:rsidR="00BB4C94" w:rsidRPr="00451477" w14:paraId="077650AB" w14:textId="77777777" w:rsidTr="002305FE">
        <w:tc>
          <w:tcPr>
            <w:tcW w:w="4320" w:type="dxa"/>
          </w:tcPr>
          <w:p w14:paraId="234CFEB8" w14:textId="66E92705" w:rsidR="00BB4C94" w:rsidRPr="00451477" w:rsidRDefault="00E21E45" w:rsidP="002305F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E21E45">
              <w:rPr>
                <w:rFonts w:ascii="Arial" w:hAnsi="Arial" w:cs="Arial"/>
                <w:lang w:val="hu-HU"/>
              </w:rPr>
              <w:t>ilyen környezetben (pl. beltéri, kültéri, ipari környezet) telepíthető, és milyen üzemeltetési feltételeknek (pl. hőmérsékleti, páratartalmi tartományok) kell megfelelnie</w:t>
            </w:r>
            <w:r>
              <w:rPr>
                <w:rFonts w:ascii="Arial" w:hAnsi="Arial" w:cs="Arial"/>
                <w:lang w:val="hu-HU"/>
              </w:rPr>
              <w:t xml:space="preserve"> az eszköznek?</w:t>
            </w:r>
          </w:p>
        </w:tc>
        <w:tc>
          <w:tcPr>
            <w:tcW w:w="4320" w:type="dxa"/>
          </w:tcPr>
          <w:p w14:paraId="5BD4A2CC" w14:textId="77777777" w:rsidR="00BB4C94" w:rsidRPr="00451477" w:rsidRDefault="00BB4C94" w:rsidP="002305FE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6D932B80" w14:textId="77777777">
        <w:tc>
          <w:tcPr>
            <w:tcW w:w="4320" w:type="dxa"/>
          </w:tcPr>
          <w:p w14:paraId="3684CB66" w14:textId="1B07AC96" w:rsidR="00C434B1" w:rsidRPr="00451477" w:rsidRDefault="00E21E45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Milyen mérési tartományban képes működni az eszköz?</w:t>
            </w:r>
          </w:p>
        </w:tc>
        <w:tc>
          <w:tcPr>
            <w:tcW w:w="4320" w:type="dxa"/>
          </w:tcPr>
          <w:p w14:paraId="1F7BDB27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7EF20650" w14:textId="77777777">
        <w:tc>
          <w:tcPr>
            <w:tcW w:w="4320" w:type="dxa"/>
          </w:tcPr>
          <w:p w14:paraId="41F8C084" w14:textId="5EAC2BAB" w:rsidR="00C434B1" w:rsidRPr="00451477" w:rsidRDefault="00053E60" w:rsidP="00A70017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Mi az eszköz mérési pontossága?</w:t>
            </w:r>
          </w:p>
        </w:tc>
        <w:tc>
          <w:tcPr>
            <w:tcW w:w="4320" w:type="dxa"/>
          </w:tcPr>
          <w:p w14:paraId="7EFE5AE5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48FD2022" w14:textId="77777777">
        <w:tc>
          <w:tcPr>
            <w:tcW w:w="4320" w:type="dxa"/>
          </w:tcPr>
          <w:p w14:paraId="25E92679" w14:textId="7EDFE639" w:rsidR="00C434B1" w:rsidRPr="00451477" w:rsidRDefault="00DB329A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DB329A">
              <w:rPr>
                <w:rFonts w:ascii="Arial" w:hAnsi="Arial" w:cs="Arial"/>
                <w:lang w:val="hu-HU"/>
              </w:rPr>
              <w:t>ilyen energiaellátással működik (pl. akkumulátor, hálózati tápellátás)</w:t>
            </w:r>
            <w:r>
              <w:rPr>
                <w:rFonts w:ascii="Arial" w:hAnsi="Arial" w:cs="Arial"/>
                <w:lang w:val="hu-HU"/>
              </w:rPr>
              <w:t xml:space="preserve"> az eszköz?</w:t>
            </w:r>
          </w:p>
        </w:tc>
        <w:tc>
          <w:tcPr>
            <w:tcW w:w="4320" w:type="dxa"/>
          </w:tcPr>
          <w:p w14:paraId="7C75A9B9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06E25B51" w14:textId="77777777" w:rsidR="00C434B1" w:rsidRPr="00451477" w:rsidRDefault="00532E5F">
      <w:pPr>
        <w:pStyle w:val="Cmsor2"/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>4. Adatszolgáltatási képességek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451477" w14:paraId="2D281C90" w14:textId="77777777">
        <w:tc>
          <w:tcPr>
            <w:tcW w:w="4320" w:type="dxa"/>
          </w:tcPr>
          <w:p w14:paraId="34D5E9CC" w14:textId="1125F371" w:rsidR="00C434B1" w:rsidRPr="00451477" w:rsidRDefault="00053E60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Milyen gyakoriságú adatszolgáltatásra képes az eszköz?</w:t>
            </w:r>
          </w:p>
        </w:tc>
        <w:tc>
          <w:tcPr>
            <w:tcW w:w="4320" w:type="dxa"/>
          </w:tcPr>
          <w:p w14:paraId="0D7719DE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7AFF0711" w14:textId="77777777">
        <w:tc>
          <w:tcPr>
            <w:tcW w:w="4320" w:type="dxa"/>
          </w:tcPr>
          <w:p w14:paraId="76DC7BA7" w14:textId="28676EC4" w:rsidR="00C434B1" w:rsidRPr="00451477" w:rsidRDefault="00463237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Milyen kommunikációs protokoll(oka)t használ az eszköz</w:t>
            </w:r>
            <w:r w:rsidR="007D7F0D">
              <w:rPr>
                <w:rFonts w:ascii="Arial" w:hAnsi="Arial" w:cs="Arial"/>
                <w:lang w:val="hu-HU"/>
              </w:rPr>
              <w:t xml:space="preserve"> (</w:t>
            </w:r>
            <w:r w:rsidR="007D7F0D" w:rsidRPr="007D7F0D">
              <w:rPr>
                <w:rFonts w:ascii="Arial" w:hAnsi="Arial" w:cs="Arial"/>
              </w:rPr>
              <w:t>pl. Modbus, BACnet, MQTT, Zigbee)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0380B07B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274FEE" w:rsidRPr="00451477" w14:paraId="1EAF4819" w14:textId="77777777" w:rsidTr="002305FE">
        <w:tc>
          <w:tcPr>
            <w:tcW w:w="4320" w:type="dxa"/>
          </w:tcPr>
          <w:p w14:paraId="27B79A8D" w14:textId="1E636C6F" w:rsidR="00274FEE" w:rsidRPr="00451477" w:rsidRDefault="00EE12D3" w:rsidP="002305F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EE12D3">
              <w:rPr>
                <w:rFonts w:ascii="Arial" w:hAnsi="Arial" w:cs="Arial"/>
                <w:lang w:val="hu-HU"/>
              </w:rPr>
              <w:t xml:space="preserve">ilyen kommunikációs csatornákon keresztül képes adatokat továbbítani </w:t>
            </w:r>
            <w:r>
              <w:rPr>
                <w:rFonts w:ascii="Arial" w:hAnsi="Arial" w:cs="Arial"/>
                <w:lang w:val="hu-HU"/>
              </w:rPr>
              <w:t xml:space="preserve">az eszköz </w:t>
            </w:r>
            <w:r w:rsidRPr="00EE12D3">
              <w:rPr>
                <w:rFonts w:ascii="Arial" w:hAnsi="Arial" w:cs="Arial"/>
                <w:lang w:val="hu-HU"/>
              </w:rPr>
              <w:t>(</w:t>
            </w:r>
            <w:r w:rsidR="002A107B" w:rsidRPr="002A107B">
              <w:rPr>
                <w:rFonts w:ascii="Arial" w:hAnsi="Arial" w:cs="Arial"/>
                <w:lang w:val="hu-HU"/>
              </w:rPr>
              <w:t xml:space="preserve">pl. vezetékes, </w:t>
            </w:r>
            <w:proofErr w:type="spellStart"/>
            <w:r w:rsidR="002A107B" w:rsidRPr="002A107B">
              <w:rPr>
                <w:rFonts w:ascii="Arial" w:hAnsi="Arial" w:cs="Arial"/>
                <w:lang w:val="hu-HU"/>
              </w:rPr>
              <w:t>Wi</w:t>
            </w:r>
            <w:proofErr w:type="spellEnd"/>
            <w:r w:rsidR="002A107B" w:rsidRPr="002A107B">
              <w:rPr>
                <w:rFonts w:ascii="Arial" w:hAnsi="Arial" w:cs="Arial"/>
                <w:lang w:val="hu-HU"/>
              </w:rPr>
              <w:t xml:space="preserve">-Fi, mobilhálózat, </w:t>
            </w:r>
            <w:proofErr w:type="spellStart"/>
            <w:r w:rsidR="002A107B" w:rsidRPr="002A107B">
              <w:rPr>
                <w:rFonts w:ascii="Arial" w:hAnsi="Arial" w:cs="Arial"/>
                <w:lang w:val="hu-HU"/>
              </w:rPr>
              <w:t>LoRaWAN</w:t>
            </w:r>
            <w:proofErr w:type="spellEnd"/>
            <w:r w:rsidR="002A107B" w:rsidRPr="002A107B">
              <w:rPr>
                <w:rFonts w:ascii="Arial" w:hAnsi="Arial" w:cs="Arial"/>
                <w:lang w:val="hu-HU"/>
              </w:rPr>
              <w:t>)</w:t>
            </w:r>
            <w:r w:rsidR="002A107B"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49B0CCD8" w14:textId="77777777" w:rsidR="00274FEE" w:rsidRPr="00451477" w:rsidRDefault="00274FEE" w:rsidP="002305FE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7F0B0021" w14:textId="77777777">
        <w:tc>
          <w:tcPr>
            <w:tcW w:w="4320" w:type="dxa"/>
          </w:tcPr>
          <w:p w14:paraId="24BF13B5" w14:textId="7E1B0E60" w:rsidR="00C434B1" w:rsidRPr="00451477" w:rsidRDefault="002A107B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2A107B">
              <w:rPr>
                <w:rFonts w:ascii="Arial" w:hAnsi="Arial" w:cs="Arial"/>
                <w:lang w:val="hu-HU"/>
              </w:rPr>
              <w:t>ilyen formátumban küldi az adatokat (pl. JSON, XML, CSV)</w:t>
            </w:r>
            <w:r>
              <w:rPr>
                <w:rFonts w:ascii="Arial" w:hAnsi="Arial" w:cs="Arial"/>
                <w:lang w:val="hu-HU"/>
              </w:rPr>
              <w:t xml:space="preserve"> az eszköz? </w:t>
            </w:r>
            <w:r w:rsidR="00D52A31">
              <w:rPr>
                <w:rFonts w:ascii="Arial" w:hAnsi="Arial" w:cs="Arial"/>
                <w:lang w:val="hu-HU"/>
              </w:rPr>
              <w:t>Mi a küldött fájlok tartalma?</w:t>
            </w:r>
          </w:p>
        </w:tc>
        <w:tc>
          <w:tcPr>
            <w:tcW w:w="4320" w:type="dxa"/>
          </w:tcPr>
          <w:p w14:paraId="5163DC65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6E0F95FF" w14:textId="77777777">
        <w:tc>
          <w:tcPr>
            <w:tcW w:w="4320" w:type="dxa"/>
          </w:tcPr>
          <w:p w14:paraId="6410F257" w14:textId="030ACA20" w:rsidR="00C434B1" w:rsidRPr="00451477" w:rsidRDefault="00234D6A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 xml:space="preserve">Az eszköz </w:t>
            </w:r>
            <w:r w:rsidR="00E338DB">
              <w:rPr>
                <w:rFonts w:ascii="Arial" w:hAnsi="Arial" w:cs="Arial"/>
                <w:lang w:val="hu-HU"/>
              </w:rPr>
              <w:t xml:space="preserve">egy </w:t>
            </w:r>
            <w:r>
              <w:rPr>
                <w:rFonts w:ascii="Arial" w:hAnsi="Arial" w:cs="Arial"/>
                <w:lang w:val="hu-HU"/>
              </w:rPr>
              <w:t xml:space="preserve">vagy </w:t>
            </w:r>
            <w:r w:rsidR="00E338DB">
              <w:rPr>
                <w:rFonts w:ascii="Arial" w:hAnsi="Arial" w:cs="Arial"/>
                <w:lang w:val="hu-HU"/>
              </w:rPr>
              <w:t>több mérést tartalmazó adatállományt képes küldeni? Van saját belső memóriája?</w:t>
            </w:r>
          </w:p>
        </w:tc>
        <w:tc>
          <w:tcPr>
            <w:tcW w:w="4320" w:type="dxa"/>
          </w:tcPr>
          <w:p w14:paraId="792DD349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DF1BA2" w:rsidRPr="00451477" w14:paraId="58337031" w14:textId="77777777" w:rsidTr="002305FE">
        <w:tc>
          <w:tcPr>
            <w:tcW w:w="4320" w:type="dxa"/>
          </w:tcPr>
          <w:p w14:paraId="662EFCF8" w14:textId="70CE3A21" w:rsidR="00DF1BA2" w:rsidRPr="00451477" w:rsidRDefault="005B65E5" w:rsidP="002305F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Képes kezelni az eszköz az adatvesztést vagy az adathibák helyreállítását (</w:t>
            </w:r>
            <w:r w:rsidRPr="005B65E5">
              <w:rPr>
                <w:rFonts w:ascii="Arial" w:hAnsi="Arial" w:cs="Arial"/>
                <w:lang w:val="hu-HU"/>
              </w:rPr>
              <w:t>pl. adatpufferelés, redundáns adatküldés</w:t>
            </w:r>
            <w:r>
              <w:rPr>
                <w:rFonts w:ascii="Arial" w:hAnsi="Arial" w:cs="Arial"/>
                <w:lang w:val="hu-HU"/>
              </w:rPr>
              <w:t>)?</w:t>
            </w:r>
          </w:p>
        </w:tc>
        <w:tc>
          <w:tcPr>
            <w:tcW w:w="4320" w:type="dxa"/>
          </w:tcPr>
          <w:p w14:paraId="33AB9302" w14:textId="77777777" w:rsidR="00DF1BA2" w:rsidRPr="00451477" w:rsidRDefault="00DF1BA2" w:rsidP="002305FE">
            <w:pPr>
              <w:rPr>
                <w:rFonts w:ascii="Arial" w:hAnsi="Arial" w:cs="Arial"/>
                <w:lang w:val="hu-HU"/>
              </w:rPr>
            </w:pPr>
          </w:p>
        </w:tc>
      </w:tr>
      <w:tr w:rsidR="002D2A9C" w:rsidRPr="00451477" w14:paraId="18A6656C" w14:textId="77777777" w:rsidTr="00BB0953">
        <w:tc>
          <w:tcPr>
            <w:tcW w:w="8640" w:type="dxa"/>
            <w:gridSpan w:val="2"/>
          </w:tcPr>
          <w:p w14:paraId="2AC9BEB8" w14:textId="50BB3D40" w:rsidR="002D2A9C" w:rsidRPr="002D2A9C" w:rsidRDefault="002D2A9C">
            <w:pPr>
              <w:rPr>
                <w:rFonts w:ascii="Arial" w:hAnsi="Arial" w:cs="Arial"/>
                <w:b/>
                <w:bCs/>
                <w:i/>
                <w:iCs/>
                <w:lang w:val="hu-HU"/>
              </w:rPr>
            </w:pPr>
            <w:r w:rsidRPr="002D2A9C">
              <w:rPr>
                <w:rFonts w:ascii="Arial" w:hAnsi="Arial" w:cs="Arial"/>
                <w:b/>
                <w:bCs/>
                <w:i/>
                <w:iCs/>
                <w:lang w:val="hu-HU"/>
              </w:rPr>
              <w:t>Kiegészítő kérdések szabályozásra alkalmas eszköz esetén:</w:t>
            </w:r>
          </w:p>
        </w:tc>
      </w:tr>
      <w:tr w:rsidR="00C434B1" w:rsidRPr="00451477" w14:paraId="4D7FBD21" w14:textId="77777777">
        <w:tc>
          <w:tcPr>
            <w:tcW w:w="4320" w:type="dxa"/>
          </w:tcPr>
          <w:p w14:paraId="428DAC23" w14:textId="2B4C0BBC" w:rsidR="00C434B1" w:rsidRPr="00451477" w:rsidRDefault="00D63850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D63850">
              <w:rPr>
                <w:rFonts w:ascii="Arial" w:hAnsi="Arial" w:cs="Arial"/>
                <w:lang w:val="hu-HU"/>
              </w:rPr>
              <w:t>ilyen szabályozási funkciókat képes ellátni (pl. hőmérséklet-szabályozás, nyomásszabályozás, áramlásszabályozás)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501194A1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D63850" w:rsidRPr="00451477" w14:paraId="22CC245B" w14:textId="77777777">
        <w:tc>
          <w:tcPr>
            <w:tcW w:w="4320" w:type="dxa"/>
          </w:tcPr>
          <w:p w14:paraId="388D8A99" w14:textId="7E130ADD" w:rsidR="00D63850" w:rsidRPr="00451477" w:rsidRDefault="00D63850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D63850">
              <w:rPr>
                <w:rFonts w:ascii="Arial" w:hAnsi="Arial" w:cs="Arial"/>
                <w:lang w:val="hu-HU"/>
              </w:rPr>
              <w:t>ilyen típusú vezérlési mechanizmusokat támogat (pl. analóg vezérlés, digitális vezérlés, PID szabályozás)</w:t>
            </w:r>
            <w:r>
              <w:rPr>
                <w:rFonts w:ascii="Arial" w:hAnsi="Arial" w:cs="Arial"/>
                <w:lang w:val="hu-HU"/>
              </w:rPr>
              <w:t xml:space="preserve"> az eszköz?</w:t>
            </w:r>
          </w:p>
        </w:tc>
        <w:tc>
          <w:tcPr>
            <w:tcW w:w="4320" w:type="dxa"/>
          </w:tcPr>
          <w:p w14:paraId="290AEA52" w14:textId="77777777" w:rsidR="00D63850" w:rsidRPr="00451477" w:rsidRDefault="00D63850">
            <w:pPr>
              <w:rPr>
                <w:rFonts w:ascii="Arial" w:hAnsi="Arial" w:cs="Arial"/>
                <w:lang w:val="hu-HU"/>
              </w:rPr>
            </w:pPr>
          </w:p>
        </w:tc>
      </w:tr>
      <w:tr w:rsidR="00D63850" w:rsidRPr="00451477" w14:paraId="18632F14" w14:textId="77777777">
        <w:tc>
          <w:tcPr>
            <w:tcW w:w="4320" w:type="dxa"/>
          </w:tcPr>
          <w:p w14:paraId="429133D3" w14:textId="55771C9A" w:rsidR="00D63850" w:rsidRPr="00451477" w:rsidRDefault="000B52DD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0B52DD">
              <w:rPr>
                <w:rFonts w:ascii="Arial" w:hAnsi="Arial" w:cs="Arial"/>
                <w:lang w:val="hu-HU"/>
              </w:rPr>
              <w:t>ilyen szabályozási tartományban képes működni (pl. minimális és maximális értékek, paraméterek)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577E03C3" w14:textId="77777777" w:rsidR="00D63850" w:rsidRPr="00451477" w:rsidRDefault="00D63850">
            <w:pPr>
              <w:rPr>
                <w:rFonts w:ascii="Arial" w:hAnsi="Arial" w:cs="Arial"/>
                <w:lang w:val="hu-HU"/>
              </w:rPr>
            </w:pPr>
          </w:p>
        </w:tc>
      </w:tr>
      <w:tr w:rsidR="00D63850" w:rsidRPr="00451477" w14:paraId="5D77E251" w14:textId="77777777">
        <w:tc>
          <w:tcPr>
            <w:tcW w:w="4320" w:type="dxa"/>
          </w:tcPr>
          <w:p w14:paraId="40630D49" w14:textId="6881B258" w:rsidR="00D63850" w:rsidRPr="00451477" w:rsidRDefault="000B52DD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 xml:space="preserve">Mi az eszköz reakcióideje </w:t>
            </w:r>
            <w:r w:rsidR="008A31F6">
              <w:rPr>
                <w:rFonts w:ascii="Arial" w:hAnsi="Arial" w:cs="Arial"/>
                <w:lang w:val="hu-HU"/>
              </w:rPr>
              <w:t xml:space="preserve">a </w:t>
            </w:r>
            <w:r w:rsidR="008A31F6" w:rsidRPr="008A31F6">
              <w:rPr>
                <w:rFonts w:ascii="Arial" w:hAnsi="Arial" w:cs="Arial"/>
                <w:lang w:val="hu-HU"/>
              </w:rPr>
              <w:t xml:space="preserve">szabályozási parancsokra (pl. szelepek nyitási/zárási ideje, </w:t>
            </w:r>
            <w:proofErr w:type="spellStart"/>
            <w:r w:rsidR="008A31F6" w:rsidRPr="008A31F6">
              <w:rPr>
                <w:rFonts w:ascii="Arial" w:hAnsi="Arial" w:cs="Arial"/>
                <w:lang w:val="hu-HU"/>
              </w:rPr>
              <w:t>aktuátorok</w:t>
            </w:r>
            <w:proofErr w:type="spellEnd"/>
            <w:r w:rsidR="008A31F6" w:rsidRPr="008A31F6">
              <w:rPr>
                <w:rFonts w:ascii="Arial" w:hAnsi="Arial" w:cs="Arial"/>
                <w:lang w:val="hu-HU"/>
              </w:rPr>
              <w:t xml:space="preserve"> működési sebessége)</w:t>
            </w:r>
            <w:r w:rsidR="008A31F6"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33018C80" w14:textId="77777777" w:rsidR="00D63850" w:rsidRPr="00451477" w:rsidRDefault="00D63850">
            <w:pPr>
              <w:rPr>
                <w:rFonts w:ascii="Arial" w:hAnsi="Arial" w:cs="Arial"/>
                <w:lang w:val="hu-HU"/>
              </w:rPr>
            </w:pPr>
          </w:p>
        </w:tc>
      </w:tr>
      <w:tr w:rsidR="000B52DD" w:rsidRPr="00451477" w14:paraId="2D0A8FF6" w14:textId="77777777">
        <w:tc>
          <w:tcPr>
            <w:tcW w:w="4320" w:type="dxa"/>
          </w:tcPr>
          <w:p w14:paraId="0C382241" w14:textId="271F3DE0" w:rsidR="000B52DD" w:rsidRPr="00451477" w:rsidRDefault="00DF34E6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DF34E6">
              <w:rPr>
                <w:rFonts w:ascii="Arial" w:hAnsi="Arial" w:cs="Arial"/>
                <w:lang w:val="hu-HU"/>
              </w:rPr>
              <w:t>ilyen pontossággal és stabilitással képes szabályozási műveleteket végrehajtani</w:t>
            </w:r>
            <w:r>
              <w:rPr>
                <w:rFonts w:ascii="Arial" w:hAnsi="Arial" w:cs="Arial"/>
                <w:lang w:val="hu-HU"/>
              </w:rPr>
              <w:t xml:space="preserve"> az eszköz?</w:t>
            </w:r>
          </w:p>
        </w:tc>
        <w:tc>
          <w:tcPr>
            <w:tcW w:w="4320" w:type="dxa"/>
          </w:tcPr>
          <w:p w14:paraId="6086C398" w14:textId="77777777" w:rsidR="000B52DD" w:rsidRPr="00451477" w:rsidRDefault="000B52DD">
            <w:pPr>
              <w:rPr>
                <w:rFonts w:ascii="Arial" w:hAnsi="Arial" w:cs="Arial"/>
                <w:lang w:val="hu-HU"/>
              </w:rPr>
            </w:pPr>
          </w:p>
        </w:tc>
      </w:tr>
      <w:tr w:rsidR="000B52DD" w:rsidRPr="00451477" w14:paraId="7E2927D1" w14:textId="77777777">
        <w:tc>
          <w:tcPr>
            <w:tcW w:w="4320" w:type="dxa"/>
          </w:tcPr>
          <w:p w14:paraId="463D2322" w14:textId="31EA3F35" w:rsidR="000B52DD" w:rsidRPr="00451477" w:rsidRDefault="00DF34E6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lastRenderedPageBreak/>
              <w:t>M</w:t>
            </w:r>
            <w:r w:rsidRPr="00DF34E6">
              <w:rPr>
                <w:rFonts w:ascii="Arial" w:hAnsi="Arial" w:cs="Arial"/>
                <w:lang w:val="hu-HU"/>
              </w:rPr>
              <w:t xml:space="preserve">ilyen típusú vezérlési parancsokat fogad, és mely kommunikációs protokollokat használ </w:t>
            </w:r>
            <w:r>
              <w:rPr>
                <w:rFonts w:ascii="Arial" w:hAnsi="Arial" w:cs="Arial"/>
                <w:lang w:val="hu-HU"/>
              </w:rPr>
              <w:t xml:space="preserve">az eszköz </w:t>
            </w:r>
            <w:r w:rsidRPr="00DF34E6">
              <w:rPr>
                <w:rFonts w:ascii="Arial" w:hAnsi="Arial" w:cs="Arial"/>
                <w:lang w:val="hu-HU"/>
              </w:rPr>
              <w:t>szabályozási parancsok fogadására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32799A81" w14:textId="77777777" w:rsidR="000B52DD" w:rsidRPr="00451477" w:rsidRDefault="000B52DD">
            <w:pPr>
              <w:rPr>
                <w:rFonts w:ascii="Arial" w:hAnsi="Arial" w:cs="Arial"/>
                <w:lang w:val="hu-HU"/>
              </w:rPr>
            </w:pPr>
          </w:p>
        </w:tc>
      </w:tr>
      <w:tr w:rsidR="000B52DD" w:rsidRPr="00451477" w14:paraId="241780D5" w14:textId="77777777">
        <w:tc>
          <w:tcPr>
            <w:tcW w:w="4320" w:type="dxa"/>
          </w:tcPr>
          <w:p w14:paraId="69DF1E03" w14:textId="0C23D920" w:rsidR="000B52DD" w:rsidRPr="00451477" w:rsidRDefault="00C95DFA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 xml:space="preserve">Milyen biztonsági funkciókkal rendelkezik az eszköz a szabályozási műveletekhez (pl. </w:t>
            </w:r>
            <w:r w:rsidR="005D030E" w:rsidRPr="005D030E">
              <w:rPr>
                <w:rFonts w:ascii="Arial" w:hAnsi="Arial" w:cs="Arial"/>
                <w:lang w:val="hu-HU"/>
              </w:rPr>
              <w:t>vészleállítás, túlterhelés elleni védelem)</w:t>
            </w:r>
            <w:r w:rsidR="005D030E"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2F8F3601" w14:textId="77777777" w:rsidR="000B52DD" w:rsidRPr="00451477" w:rsidRDefault="000B52DD">
            <w:pPr>
              <w:rPr>
                <w:rFonts w:ascii="Arial" w:hAnsi="Arial" w:cs="Arial"/>
                <w:lang w:val="hu-HU"/>
              </w:rPr>
            </w:pPr>
          </w:p>
        </w:tc>
      </w:tr>
      <w:tr w:rsidR="002D2A9C" w:rsidRPr="00451477" w14:paraId="1A32D620" w14:textId="77777777" w:rsidTr="00E40ED7">
        <w:tc>
          <w:tcPr>
            <w:tcW w:w="8640" w:type="dxa"/>
            <w:gridSpan w:val="2"/>
          </w:tcPr>
          <w:p w14:paraId="34A788AB" w14:textId="0AA9F06E" w:rsidR="002D2A9C" w:rsidRPr="002D2A9C" w:rsidRDefault="002D2A9C" w:rsidP="00E40ED7">
            <w:pPr>
              <w:rPr>
                <w:rFonts w:ascii="Arial" w:hAnsi="Arial" w:cs="Arial"/>
                <w:b/>
                <w:bCs/>
                <w:i/>
                <w:iCs/>
                <w:lang w:val="hu-HU"/>
              </w:rPr>
            </w:pPr>
            <w:r w:rsidRPr="002D2A9C">
              <w:rPr>
                <w:rFonts w:ascii="Arial" w:hAnsi="Arial" w:cs="Arial"/>
                <w:b/>
                <w:bCs/>
                <w:i/>
                <w:iCs/>
                <w:lang w:val="hu-HU"/>
              </w:rPr>
              <w:t xml:space="preserve">Kiegészítő kérdések </w:t>
            </w:r>
            <w:r>
              <w:rPr>
                <w:rFonts w:ascii="Arial" w:hAnsi="Arial" w:cs="Arial"/>
                <w:b/>
                <w:bCs/>
                <w:i/>
                <w:iCs/>
                <w:lang w:val="hu-HU"/>
              </w:rPr>
              <w:t>adatgyűjtő, továbbító</w:t>
            </w:r>
            <w:r w:rsidRPr="002D2A9C">
              <w:rPr>
                <w:rFonts w:ascii="Arial" w:hAnsi="Arial" w:cs="Arial"/>
                <w:b/>
                <w:bCs/>
                <w:i/>
                <w:iCs/>
                <w:lang w:val="hu-HU"/>
              </w:rPr>
              <w:t xml:space="preserve"> eszköz esetén:</w:t>
            </w:r>
          </w:p>
        </w:tc>
      </w:tr>
      <w:tr w:rsidR="002D2A9C" w:rsidRPr="00451477" w14:paraId="2CBE86EE" w14:textId="77777777">
        <w:tc>
          <w:tcPr>
            <w:tcW w:w="4320" w:type="dxa"/>
          </w:tcPr>
          <w:p w14:paraId="6F428948" w14:textId="4FAF9403" w:rsidR="002D2A9C" w:rsidRDefault="005F24C6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5F24C6">
              <w:rPr>
                <w:rFonts w:ascii="Arial" w:hAnsi="Arial" w:cs="Arial"/>
                <w:lang w:val="hu-HU"/>
              </w:rPr>
              <w:t xml:space="preserve">ilyen típusú adatokat képes gyűjteni </w:t>
            </w:r>
            <w:r w:rsidR="00DC3756">
              <w:rPr>
                <w:rFonts w:ascii="Arial" w:hAnsi="Arial" w:cs="Arial"/>
                <w:lang w:val="hu-HU"/>
              </w:rPr>
              <w:t>sz eszköz?</w:t>
            </w:r>
          </w:p>
        </w:tc>
        <w:tc>
          <w:tcPr>
            <w:tcW w:w="4320" w:type="dxa"/>
          </w:tcPr>
          <w:p w14:paraId="6699938D" w14:textId="77777777" w:rsidR="002D2A9C" w:rsidRPr="00451477" w:rsidRDefault="002D2A9C">
            <w:pPr>
              <w:rPr>
                <w:rFonts w:ascii="Arial" w:hAnsi="Arial" w:cs="Arial"/>
                <w:lang w:val="hu-HU"/>
              </w:rPr>
            </w:pPr>
          </w:p>
        </w:tc>
      </w:tr>
      <w:tr w:rsidR="00A518B2" w:rsidRPr="00451477" w14:paraId="569941B8" w14:textId="77777777">
        <w:tc>
          <w:tcPr>
            <w:tcW w:w="4320" w:type="dxa"/>
          </w:tcPr>
          <w:p w14:paraId="7C76204A" w14:textId="647F851F" w:rsidR="00A518B2" w:rsidRDefault="00DC3756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Képes a</w:t>
            </w:r>
            <w:r w:rsidR="00D337DF">
              <w:rPr>
                <w:rFonts w:ascii="Arial" w:hAnsi="Arial" w:cs="Arial"/>
                <w:lang w:val="hu-HU"/>
              </w:rPr>
              <w:t>z eszköz az adatokat helyben tárolni? Milyen kapacitással?</w:t>
            </w:r>
          </w:p>
        </w:tc>
        <w:tc>
          <w:tcPr>
            <w:tcW w:w="4320" w:type="dxa"/>
          </w:tcPr>
          <w:p w14:paraId="5AC1C46C" w14:textId="77777777" w:rsidR="00A518B2" w:rsidRPr="00451477" w:rsidRDefault="00A518B2">
            <w:pPr>
              <w:rPr>
                <w:rFonts w:ascii="Arial" w:hAnsi="Arial" w:cs="Arial"/>
                <w:lang w:val="hu-HU"/>
              </w:rPr>
            </w:pPr>
          </w:p>
        </w:tc>
      </w:tr>
      <w:tr w:rsidR="00A518B2" w:rsidRPr="00451477" w14:paraId="2EDAA96C" w14:textId="77777777">
        <w:tc>
          <w:tcPr>
            <w:tcW w:w="4320" w:type="dxa"/>
          </w:tcPr>
          <w:p w14:paraId="0750AB58" w14:textId="768AEB74" w:rsidR="00A518B2" w:rsidRDefault="00D337DF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Milyen gyakorisággal, milyen módon szinkronizálja az eszköz az adatokat a központi rendszerrel?</w:t>
            </w:r>
          </w:p>
        </w:tc>
        <w:tc>
          <w:tcPr>
            <w:tcW w:w="4320" w:type="dxa"/>
          </w:tcPr>
          <w:p w14:paraId="3CCA1028" w14:textId="77777777" w:rsidR="00A518B2" w:rsidRPr="00451477" w:rsidRDefault="00A518B2">
            <w:pPr>
              <w:rPr>
                <w:rFonts w:ascii="Arial" w:hAnsi="Arial" w:cs="Arial"/>
                <w:lang w:val="hu-HU"/>
              </w:rPr>
            </w:pPr>
          </w:p>
        </w:tc>
      </w:tr>
      <w:tr w:rsidR="00A518B2" w:rsidRPr="00451477" w14:paraId="4603D673" w14:textId="77777777">
        <w:tc>
          <w:tcPr>
            <w:tcW w:w="4320" w:type="dxa"/>
          </w:tcPr>
          <w:p w14:paraId="527DE195" w14:textId="2C2E4C12" w:rsidR="00A518B2" w:rsidRDefault="00AF1174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AF1174">
              <w:rPr>
                <w:rFonts w:ascii="Arial" w:hAnsi="Arial" w:cs="Arial"/>
                <w:lang w:val="hu-HU"/>
              </w:rPr>
              <w:t>ilyen formátumban (pl. JSON, XML, CSV) továbbítja az adatokat</w:t>
            </w:r>
            <w:r>
              <w:rPr>
                <w:rFonts w:ascii="Arial" w:hAnsi="Arial" w:cs="Arial"/>
                <w:lang w:val="hu-HU"/>
              </w:rPr>
              <w:t xml:space="preserve"> az eszköz</w:t>
            </w:r>
            <w:r w:rsidRPr="00AF1174">
              <w:rPr>
                <w:rFonts w:ascii="Arial" w:hAnsi="Arial" w:cs="Arial"/>
                <w:lang w:val="hu-HU"/>
              </w:rPr>
              <w:t>, és képes-e azok előfeldolgozására (pl. szűrés, aggregálás)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424401BF" w14:textId="77777777" w:rsidR="00A518B2" w:rsidRPr="00451477" w:rsidRDefault="00A518B2">
            <w:pPr>
              <w:rPr>
                <w:rFonts w:ascii="Arial" w:hAnsi="Arial" w:cs="Arial"/>
                <w:lang w:val="hu-HU"/>
              </w:rPr>
            </w:pPr>
          </w:p>
        </w:tc>
      </w:tr>
      <w:tr w:rsidR="00A518B2" w:rsidRPr="00451477" w14:paraId="2A0B491C" w14:textId="77777777">
        <w:tc>
          <w:tcPr>
            <w:tcW w:w="4320" w:type="dxa"/>
          </w:tcPr>
          <w:p w14:paraId="05D37DC3" w14:textId="3E6DEF5F" w:rsidR="00A518B2" w:rsidRDefault="00AF1174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Mil</w:t>
            </w:r>
            <w:r w:rsidR="00C73528">
              <w:rPr>
                <w:rFonts w:ascii="Arial" w:hAnsi="Arial" w:cs="Arial"/>
                <w:lang w:val="hu-HU"/>
              </w:rPr>
              <w:t>y</w:t>
            </w:r>
            <w:r>
              <w:rPr>
                <w:rFonts w:ascii="Arial" w:hAnsi="Arial" w:cs="Arial"/>
                <w:lang w:val="hu-HU"/>
              </w:rPr>
              <w:t xml:space="preserve">en hálózati </w:t>
            </w:r>
            <w:r w:rsidR="00C73528">
              <w:rPr>
                <w:rFonts w:ascii="Arial" w:hAnsi="Arial" w:cs="Arial"/>
                <w:lang w:val="hu-HU"/>
              </w:rPr>
              <w:t>kapcsolatokat (</w:t>
            </w:r>
            <w:r w:rsidR="0091113F">
              <w:rPr>
                <w:rFonts w:ascii="Arial" w:hAnsi="Arial" w:cs="Arial"/>
                <w:lang w:val="hu-HU"/>
              </w:rPr>
              <w:t xml:space="preserve">pl. </w:t>
            </w:r>
            <w:r w:rsidR="00EF7B65" w:rsidRPr="002A107B">
              <w:rPr>
                <w:rFonts w:ascii="Arial" w:hAnsi="Arial" w:cs="Arial"/>
                <w:lang w:val="hu-HU"/>
              </w:rPr>
              <w:t xml:space="preserve">vezetékes, </w:t>
            </w:r>
            <w:proofErr w:type="spellStart"/>
            <w:r w:rsidR="00EF7B65" w:rsidRPr="002A107B">
              <w:rPr>
                <w:rFonts w:ascii="Arial" w:hAnsi="Arial" w:cs="Arial"/>
                <w:lang w:val="hu-HU"/>
              </w:rPr>
              <w:t>Wi</w:t>
            </w:r>
            <w:proofErr w:type="spellEnd"/>
            <w:r w:rsidR="00EF7B65" w:rsidRPr="002A107B">
              <w:rPr>
                <w:rFonts w:ascii="Arial" w:hAnsi="Arial" w:cs="Arial"/>
                <w:lang w:val="hu-HU"/>
              </w:rPr>
              <w:t xml:space="preserve">-Fi, mobilhálózat, </w:t>
            </w:r>
            <w:proofErr w:type="spellStart"/>
            <w:r w:rsidR="00EF7B65" w:rsidRPr="002A107B">
              <w:rPr>
                <w:rFonts w:ascii="Arial" w:hAnsi="Arial" w:cs="Arial"/>
                <w:lang w:val="hu-HU"/>
              </w:rPr>
              <w:t>LoRaWAN</w:t>
            </w:r>
            <w:proofErr w:type="spellEnd"/>
            <w:r w:rsidR="00C73528">
              <w:rPr>
                <w:rFonts w:ascii="Arial" w:hAnsi="Arial" w:cs="Arial"/>
                <w:lang w:val="hu-HU"/>
              </w:rPr>
              <w:t>)</w:t>
            </w:r>
            <w:r w:rsidR="00EF7B65">
              <w:rPr>
                <w:rFonts w:ascii="Arial" w:hAnsi="Arial" w:cs="Arial"/>
                <w:lang w:val="hu-HU"/>
              </w:rPr>
              <w:t xml:space="preserve"> és protokollokat (</w:t>
            </w:r>
            <w:r w:rsidR="0091113F" w:rsidRPr="007D7F0D">
              <w:rPr>
                <w:rFonts w:ascii="Arial" w:hAnsi="Arial" w:cs="Arial"/>
              </w:rPr>
              <w:t>pl. Modbus, BACnet, MQTT, Zigbee</w:t>
            </w:r>
            <w:r w:rsidR="00EF7B65">
              <w:rPr>
                <w:rFonts w:ascii="Arial" w:hAnsi="Arial" w:cs="Arial"/>
                <w:lang w:val="hu-HU"/>
              </w:rPr>
              <w:t>)</w:t>
            </w:r>
            <w:r w:rsidR="00C73528">
              <w:rPr>
                <w:rFonts w:ascii="Arial" w:hAnsi="Arial" w:cs="Arial"/>
                <w:lang w:val="hu-HU"/>
              </w:rPr>
              <w:t xml:space="preserve"> támogat </w:t>
            </w:r>
            <w:r w:rsidR="004C2625">
              <w:rPr>
                <w:rFonts w:ascii="Arial" w:hAnsi="Arial" w:cs="Arial"/>
                <w:lang w:val="hu-HU"/>
              </w:rPr>
              <w:t xml:space="preserve">az eszköz </w:t>
            </w:r>
            <w:r w:rsidR="00EF7B65">
              <w:rPr>
                <w:rFonts w:ascii="Arial" w:hAnsi="Arial" w:cs="Arial"/>
                <w:lang w:val="hu-HU"/>
              </w:rPr>
              <w:t>mérőeszköz oldalon?</w:t>
            </w:r>
          </w:p>
        </w:tc>
        <w:tc>
          <w:tcPr>
            <w:tcW w:w="4320" w:type="dxa"/>
          </w:tcPr>
          <w:p w14:paraId="1D8C4A4E" w14:textId="77777777" w:rsidR="00A518B2" w:rsidRPr="00451477" w:rsidRDefault="00A518B2">
            <w:pPr>
              <w:rPr>
                <w:rFonts w:ascii="Arial" w:hAnsi="Arial" w:cs="Arial"/>
                <w:lang w:val="hu-HU"/>
              </w:rPr>
            </w:pPr>
          </w:p>
        </w:tc>
      </w:tr>
      <w:tr w:rsidR="00A518B2" w:rsidRPr="00451477" w14:paraId="4A14DE4A" w14:textId="77777777">
        <w:tc>
          <w:tcPr>
            <w:tcW w:w="4320" w:type="dxa"/>
          </w:tcPr>
          <w:p w14:paraId="0170C610" w14:textId="0E3F1B1B" w:rsidR="00A518B2" w:rsidRDefault="0091113F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 xml:space="preserve">Milyen hálózati kapcsolatokat (pl. </w:t>
            </w:r>
            <w:r w:rsidRPr="002A107B">
              <w:rPr>
                <w:rFonts w:ascii="Arial" w:hAnsi="Arial" w:cs="Arial"/>
                <w:lang w:val="hu-HU"/>
              </w:rPr>
              <w:t xml:space="preserve">vezetékes, </w:t>
            </w:r>
            <w:proofErr w:type="spellStart"/>
            <w:r w:rsidRPr="002A107B">
              <w:rPr>
                <w:rFonts w:ascii="Arial" w:hAnsi="Arial" w:cs="Arial"/>
                <w:lang w:val="hu-HU"/>
              </w:rPr>
              <w:t>Wi</w:t>
            </w:r>
            <w:proofErr w:type="spellEnd"/>
            <w:r w:rsidRPr="002A107B">
              <w:rPr>
                <w:rFonts w:ascii="Arial" w:hAnsi="Arial" w:cs="Arial"/>
                <w:lang w:val="hu-HU"/>
              </w:rPr>
              <w:t xml:space="preserve">-Fi, mobilhálózat, </w:t>
            </w:r>
            <w:proofErr w:type="spellStart"/>
            <w:r w:rsidRPr="002A107B">
              <w:rPr>
                <w:rFonts w:ascii="Arial" w:hAnsi="Arial" w:cs="Arial"/>
                <w:lang w:val="hu-HU"/>
              </w:rPr>
              <w:t>LoRaWAN</w:t>
            </w:r>
            <w:proofErr w:type="spellEnd"/>
            <w:r>
              <w:rPr>
                <w:rFonts w:ascii="Arial" w:hAnsi="Arial" w:cs="Arial"/>
                <w:lang w:val="hu-HU"/>
              </w:rPr>
              <w:t>) és protokollokat (</w:t>
            </w:r>
            <w:r w:rsidRPr="007D7F0D">
              <w:rPr>
                <w:rFonts w:ascii="Arial" w:hAnsi="Arial" w:cs="Arial"/>
              </w:rPr>
              <w:t xml:space="preserve">pl. </w:t>
            </w:r>
            <w:r>
              <w:rPr>
                <w:rFonts w:ascii="Arial" w:hAnsi="Arial" w:cs="Arial"/>
              </w:rPr>
              <w:t>IP</w:t>
            </w:r>
            <w:r>
              <w:rPr>
                <w:rFonts w:ascii="Arial" w:hAnsi="Arial" w:cs="Arial"/>
                <w:lang w:val="hu-HU"/>
              </w:rPr>
              <w:t xml:space="preserve">) támogat </w:t>
            </w:r>
            <w:r w:rsidR="004C2625">
              <w:rPr>
                <w:rFonts w:ascii="Arial" w:hAnsi="Arial" w:cs="Arial"/>
                <w:lang w:val="hu-HU"/>
              </w:rPr>
              <w:t>az eszköz a központi rendszer</w:t>
            </w:r>
            <w:r>
              <w:rPr>
                <w:rFonts w:ascii="Arial" w:hAnsi="Arial" w:cs="Arial"/>
                <w:lang w:val="hu-HU"/>
              </w:rPr>
              <w:t xml:space="preserve"> oldalon?</w:t>
            </w:r>
          </w:p>
        </w:tc>
        <w:tc>
          <w:tcPr>
            <w:tcW w:w="4320" w:type="dxa"/>
          </w:tcPr>
          <w:p w14:paraId="5E6B0111" w14:textId="77777777" w:rsidR="00A518B2" w:rsidRPr="00451477" w:rsidRDefault="00A518B2">
            <w:pPr>
              <w:rPr>
                <w:rFonts w:ascii="Arial" w:hAnsi="Arial" w:cs="Arial"/>
                <w:lang w:val="hu-HU"/>
              </w:rPr>
            </w:pPr>
          </w:p>
        </w:tc>
      </w:tr>
      <w:tr w:rsidR="00A518B2" w:rsidRPr="00451477" w14:paraId="3577F08D" w14:textId="77777777">
        <w:tc>
          <w:tcPr>
            <w:tcW w:w="4320" w:type="dxa"/>
          </w:tcPr>
          <w:p w14:paraId="72062F62" w14:textId="1DC35086" w:rsidR="00A518B2" w:rsidRDefault="00E21403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Képes az eszköz a vezérlési parancsok továbbítására? Milyen típusúakat?</w:t>
            </w:r>
          </w:p>
        </w:tc>
        <w:tc>
          <w:tcPr>
            <w:tcW w:w="4320" w:type="dxa"/>
          </w:tcPr>
          <w:p w14:paraId="7254ACD9" w14:textId="77777777" w:rsidR="00A518B2" w:rsidRPr="00451477" w:rsidRDefault="00A518B2">
            <w:pPr>
              <w:rPr>
                <w:rFonts w:ascii="Arial" w:hAnsi="Arial" w:cs="Arial"/>
                <w:lang w:val="hu-HU"/>
              </w:rPr>
            </w:pPr>
          </w:p>
        </w:tc>
      </w:tr>
      <w:tr w:rsidR="00A518B2" w:rsidRPr="00451477" w14:paraId="31F7842D" w14:textId="77777777">
        <w:tc>
          <w:tcPr>
            <w:tcW w:w="4320" w:type="dxa"/>
          </w:tcPr>
          <w:p w14:paraId="14F0F62C" w14:textId="09A39F22" w:rsidR="00A518B2" w:rsidRDefault="004F719C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Milyen megoldásokkal képes az eszköz támogatni a</w:t>
            </w:r>
            <w:r w:rsidR="005E6CD9">
              <w:rPr>
                <w:rFonts w:ascii="Arial" w:hAnsi="Arial" w:cs="Arial"/>
                <w:lang w:val="hu-HU"/>
              </w:rPr>
              <w:t>z adatvesztés elkerülését (pl. redundáns adatküldés, adatpufferelés)?</w:t>
            </w:r>
          </w:p>
        </w:tc>
        <w:tc>
          <w:tcPr>
            <w:tcW w:w="4320" w:type="dxa"/>
          </w:tcPr>
          <w:p w14:paraId="7B20BCCA" w14:textId="77777777" w:rsidR="00A518B2" w:rsidRPr="00451477" w:rsidRDefault="00A518B2">
            <w:pPr>
              <w:rPr>
                <w:rFonts w:ascii="Arial" w:hAnsi="Arial" w:cs="Arial"/>
                <w:lang w:val="hu-HU"/>
              </w:rPr>
            </w:pPr>
          </w:p>
        </w:tc>
      </w:tr>
      <w:tr w:rsidR="00A518B2" w:rsidRPr="00451477" w14:paraId="7D41B48A" w14:textId="77777777">
        <w:tc>
          <w:tcPr>
            <w:tcW w:w="4320" w:type="dxa"/>
          </w:tcPr>
          <w:p w14:paraId="789553EB" w14:textId="0C36AA83" w:rsidR="00A518B2" w:rsidRDefault="00D8654F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K</w:t>
            </w:r>
            <w:r w:rsidRPr="00D8654F">
              <w:rPr>
                <w:rFonts w:ascii="Arial" w:hAnsi="Arial" w:cs="Arial"/>
                <w:lang w:val="hu-HU"/>
              </w:rPr>
              <w:t>épes</w:t>
            </w:r>
            <w:r>
              <w:rPr>
                <w:rFonts w:ascii="Arial" w:hAnsi="Arial" w:cs="Arial"/>
                <w:lang w:val="hu-HU"/>
              </w:rPr>
              <w:t xml:space="preserve"> az eszköz</w:t>
            </w:r>
            <w:r w:rsidRPr="00D8654F">
              <w:rPr>
                <w:rFonts w:ascii="Arial" w:hAnsi="Arial" w:cs="Arial"/>
                <w:lang w:val="hu-HU"/>
              </w:rPr>
              <w:t xml:space="preserve"> </w:t>
            </w:r>
            <w:proofErr w:type="spellStart"/>
            <w:r w:rsidRPr="00D8654F">
              <w:rPr>
                <w:rFonts w:ascii="Arial" w:hAnsi="Arial" w:cs="Arial"/>
                <w:lang w:val="hu-HU"/>
              </w:rPr>
              <w:t>eseményvezérelt</w:t>
            </w:r>
            <w:proofErr w:type="spellEnd"/>
            <w:r w:rsidRPr="00D8654F">
              <w:rPr>
                <w:rFonts w:ascii="Arial" w:hAnsi="Arial" w:cs="Arial"/>
                <w:lang w:val="hu-HU"/>
              </w:rPr>
              <w:t xml:space="preserve"> adatküldésre (pl. rendellenes adatok, küszöbértékek átlépése esetén)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13C164B8" w14:textId="77777777" w:rsidR="00A518B2" w:rsidRPr="00451477" w:rsidRDefault="00A518B2">
            <w:pPr>
              <w:rPr>
                <w:rFonts w:ascii="Arial" w:hAnsi="Arial" w:cs="Arial"/>
                <w:lang w:val="hu-HU"/>
              </w:rPr>
            </w:pPr>
          </w:p>
        </w:tc>
      </w:tr>
      <w:tr w:rsidR="00A518B2" w:rsidRPr="00451477" w14:paraId="35F2F072" w14:textId="77777777">
        <w:tc>
          <w:tcPr>
            <w:tcW w:w="4320" w:type="dxa"/>
          </w:tcPr>
          <w:p w14:paraId="13DEEA32" w14:textId="25363B0F" w:rsidR="00A518B2" w:rsidRDefault="00D8654F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A központi rendszer felé az adatküldés formátuma, tartalma</w:t>
            </w:r>
            <w:r w:rsidR="00A800D0">
              <w:rPr>
                <w:rFonts w:ascii="Arial" w:hAnsi="Arial" w:cs="Arial"/>
                <w:lang w:val="hu-HU"/>
              </w:rPr>
              <w:t xml:space="preserve"> beállítható, testre szabható? Van lehetőség megadott protokollon (pl. IP) megadott formátumú adatküldés </w:t>
            </w:r>
            <w:r w:rsidR="00FE00F8">
              <w:rPr>
                <w:rFonts w:ascii="Arial" w:hAnsi="Arial" w:cs="Arial"/>
                <w:lang w:val="hu-HU"/>
              </w:rPr>
              <w:t xml:space="preserve">(pl. REST API használata) </w:t>
            </w:r>
            <w:r w:rsidR="00A800D0">
              <w:rPr>
                <w:rFonts w:ascii="Arial" w:hAnsi="Arial" w:cs="Arial"/>
                <w:lang w:val="hu-HU"/>
              </w:rPr>
              <w:t>beállítására?</w:t>
            </w:r>
          </w:p>
        </w:tc>
        <w:tc>
          <w:tcPr>
            <w:tcW w:w="4320" w:type="dxa"/>
          </w:tcPr>
          <w:p w14:paraId="69CB43BF" w14:textId="77777777" w:rsidR="00A518B2" w:rsidRPr="00451477" w:rsidRDefault="00A518B2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38877042" w14:textId="77777777" w:rsidR="00C434B1" w:rsidRPr="00451477" w:rsidRDefault="00532E5F">
      <w:pPr>
        <w:pStyle w:val="Cmsor2"/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>5. IT biztonság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451477" w14:paraId="35A5075F" w14:textId="77777777">
        <w:tc>
          <w:tcPr>
            <w:tcW w:w="4320" w:type="dxa"/>
          </w:tcPr>
          <w:p w14:paraId="3EEA6294" w14:textId="41C65AF3" w:rsidR="00C434B1" w:rsidRPr="00451477" w:rsidRDefault="004A1D1F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>M</w:t>
            </w:r>
            <w:r w:rsidR="00532E5F" w:rsidRPr="00451477">
              <w:rPr>
                <w:rFonts w:ascii="Arial" w:hAnsi="Arial" w:cs="Arial"/>
                <w:lang w:val="hu-HU"/>
              </w:rPr>
              <w:t>ilyen információbiztonsági szabványoknak felel meg a</w:t>
            </w:r>
            <w:r w:rsidR="00825A1B">
              <w:rPr>
                <w:rFonts w:ascii="Arial" w:hAnsi="Arial" w:cs="Arial"/>
                <w:lang w:val="hu-HU"/>
              </w:rPr>
              <w:t>z eszköz</w:t>
            </w:r>
            <w:r w:rsidRPr="00451477"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40D48FFF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0E2BE788" w14:textId="77777777">
        <w:tc>
          <w:tcPr>
            <w:tcW w:w="4320" w:type="dxa"/>
          </w:tcPr>
          <w:p w14:paraId="1718AA45" w14:textId="4F92E8FE" w:rsidR="00C434B1" w:rsidRPr="00451477" w:rsidRDefault="004A1D1F">
            <w:pPr>
              <w:rPr>
                <w:rFonts w:ascii="Arial" w:hAnsi="Arial" w:cs="Arial"/>
                <w:lang w:val="hu-HU"/>
              </w:rPr>
            </w:pPr>
            <w:r w:rsidRPr="00451477">
              <w:rPr>
                <w:rFonts w:ascii="Arial" w:hAnsi="Arial" w:cs="Arial"/>
                <w:lang w:val="hu-HU"/>
              </w:rPr>
              <w:t xml:space="preserve">Milyen </w:t>
            </w:r>
            <w:r w:rsidR="00304BFF" w:rsidRPr="00451477">
              <w:rPr>
                <w:rFonts w:ascii="Arial" w:hAnsi="Arial" w:cs="Arial"/>
                <w:lang w:val="hu-HU"/>
              </w:rPr>
              <w:t>megoldásokkal</w:t>
            </w:r>
            <w:r w:rsidR="00532E5F" w:rsidRPr="00451477">
              <w:rPr>
                <w:rFonts w:ascii="Arial" w:hAnsi="Arial" w:cs="Arial"/>
                <w:lang w:val="hu-HU"/>
              </w:rPr>
              <w:t xml:space="preserve"> védi a</w:t>
            </w:r>
            <w:r w:rsidR="00825A1B">
              <w:rPr>
                <w:rFonts w:ascii="Arial" w:hAnsi="Arial" w:cs="Arial"/>
                <w:lang w:val="hu-HU"/>
              </w:rPr>
              <w:t>z eszköz</w:t>
            </w:r>
            <w:r w:rsidR="00532E5F" w:rsidRPr="00451477">
              <w:rPr>
                <w:rFonts w:ascii="Arial" w:hAnsi="Arial" w:cs="Arial"/>
                <w:lang w:val="hu-HU"/>
              </w:rPr>
              <w:t xml:space="preserve"> a tárolt </w:t>
            </w:r>
            <w:r w:rsidR="009C4285">
              <w:rPr>
                <w:rFonts w:ascii="Arial" w:hAnsi="Arial" w:cs="Arial"/>
                <w:lang w:val="hu-HU"/>
              </w:rPr>
              <w:t xml:space="preserve">és továbbított </w:t>
            </w:r>
            <w:r w:rsidR="00532E5F" w:rsidRPr="00451477">
              <w:rPr>
                <w:rFonts w:ascii="Arial" w:hAnsi="Arial" w:cs="Arial"/>
                <w:lang w:val="hu-HU"/>
              </w:rPr>
              <w:t>adatokat</w:t>
            </w:r>
            <w:r w:rsidR="00304BFF" w:rsidRPr="00451477"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2848DBFB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451477" w14:paraId="025C8732" w14:textId="77777777">
        <w:tc>
          <w:tcPr>
            <w:tcW w:w="4320" w:type="dxa"/>
          </w:tcPr>
          <w:p w14:paraId="455DFA7D" w14:textId="402F9B5E" w:rsidR="00C434B1" w:rsidRPr="00451477" w:rsidRDefault="0061218A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lastRenderedPageBreak/>
              <w:t>A</w:t>
            </w:r>
            <w:r w:rsidRPr="0061218A">
              <w:rPr>
                <w:rFonts w:ascii="Arial" w:hAnsi="Arial" w:cs="Arial"/>
                <w:lang w:val="hu-HU"/>
              </w:rPr>
              <w:t xml:space="preserve">z eszköz </w:t>
            </w:r>
            <w:proofErr w:type="spellStart"/>
            <w:r w:rsidRPr="0061218A">
              <w:rPr>
                <w:rFonts w:ascii="Arial" w:hAnsi="Arial" w:cs="Arial"/>
                <w:lang w:val="hu-HU"/>
              </w:rPr>
              <w:t>firmware</w:t>
            </w:r>
            <w:proofErr w:type="spellEnd"/>
            <w:r w:rsidRPr="0061218A">
              <w:rPr>
                <w:rFonts w:ascii="Arial" w:hAnsi="Arial" w:cs="Arial"/>
                <w:lang w:val="hu-HU"/>
              </w:rPr>
              <w:t>- és szoftverfrissítései hogyan biztosítják a rendszer integritását (pl. digitális aláírás, hitelesített források)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415F5C16" w14:textId="77777777" w:rsidR="00C434B1" w:rsidRPr="00451477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61218A" w:rsidRPr="00451477" w14:paraId="48CB740B" w14:textId="77777777">
        <w:tc>
          <w:tcPr>
            <w:tcW w:w="4320" w:type="dxa"/>
          </w:tcPr>
          <w:p w14:paraId="5B821CB8" w14:textId="5160809B" w:rsidR="0061218A" w:rsidRDefault="003A1482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Pr="003A1482">
              <w:rPr>
                <w:rFonts w:ascii="Arial" w:hAnsi="Arial" w:cs="Arial"/>
                <w:lang w:val="hu-HU"/>
              </w:rPr>
              <w:t>ogy</w:t>
            </w:r>
            <w:r>
              <w:rPr>
                <w:rFonts w:ascii="Arial" w:hAnsi="Arial" w:cs="Arial"/>
                <w:lang w:val="hu-HU"/>
              </w:rPr>
              <w:t xml:space="preserve">an biztosítja </w:t>
            </w:r>
            <w:r w:rsidRPr="003A1482">
              <w:rPr>
                <w:rFonts w:ascii="Arial" w:hAnsi="Arial" w:cs="Arial"/>
                <w:lang w:val="hu-HU"/>
              </w:rPr>
              <w:t>az eszköz a helyben tárolt adatok biztonságát (pl. titkosított adattárolás, hozzáférési naplózás)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2994B409" w14:textId="77777777" w:rsidR="0061218A" w:rsidRPr="00451477" w:rsidRDefault="0061218A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707B771A" w14:textId="77777777" w:rsidR="008C3BC1" w:rsidRPr="00451477" w:rsidRDefault="008C3BC1">
      <w:pPr>
        <w:rPr>
          <w:rFonts w:ascii="Arial" w:hAnsi="Arial" w:cs="Arial"/>
          <w:lang w:val="hu-HU"/>
        </w:rPr>
      </w:pPr>
    </w:p>
    <w:p w14:paraId="51D14AB8" w14:textId="2AC7F253" w:rsidR="00C434B1" w:rsidRPr="00451477" w:rsidRDefault="00532E5F">
      <w:pPr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>Dátum: _____________________________</w:t>
      </w:r>
    </w:p>
    <w:p w14:paraId="323ABBAD" w14:textId="77777777" w:rsidR="008C3BC1" w:rsidRPr="00451477" w:rsidRDefault="008C3BC1">
      <w:pPr>
        <w:rPr>
          <w:rFonts w:ascii="Arial" w:hAnsi="Arial" w:cs="Arial"/>
          <w:lang w:val="hu-HU"/>
        </w:rPr>
      </w:pPr>
    </w:p>
    <w:p w14:paraId="652C5F04" w14:textId="4B951B07" w:rsidR="00C434B1" w:rsidRPr="00451477" w:rsidRDefault="00532E5F">
      <w:pPr>
        <w:rPr>
          <w:rFonts w:ascii="Arial" w:hAnsi="Arial" w:cs="Arial"/>
          <w:lang w:val="hu-HU"/>
        </w:rPr>
      </w:pPr>
      <w:r w:rsidRPr="00451477">
        <w:rPr>
          <w:rFonts w:ascii="Arial" w:hAnsi="Arial" w:cs="Arial"/>
          <w:lang w:val="hu-HU"/>
        </w:rPr>
        <w:t>Aláírás: _____________________________</w:t>
      </w:r>
    </w:p>
    <w:sectPr w:rsidR="00C434B1" w:rsidRPr="00451477" w:rsidSect="007664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797" w:bottom="1440" w:left="179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2C92B" w14:textId="77777777" w:rsidR="00DC4B43" w:rsidRDefault="00DC4B43" w:rsidP="00DC4B43">
      <w:pPr>
        <w:spacing w:after="0" w:line="240" w:lineRule="auto"/>
      </w:pPr>
      <w:r>
        <w:separator/>
      </w:r>
    </w:p>
  </w:endnote>
  <w:endnote w:type="continuationSeparator" w:id="0">
    <w:p w14:paraId="2242F5C2" w14:textId="77777777" w:rsidR="00DC4B43" w:rsidRDefault="00DC4B43" w:rsidP="00DC4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A0F76" w14:textId="77777777" w:rsidR="0076644C" w:rsidRDefault="0076644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2860C" w14:textId="77777777" w:rsidR="0076644C" w:rsidRDefault="0076644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30"/>
      <w:gridCol w:w="4316"/>
    </w:tblGrid>
    <w:tr w:rsidR="0058580C" w:rsidRPr="00A073B7" w14:paraId="3F26D18C" w14:textId="77777777" w:rsidTr="007106CE">
      <w:tc>
        <w:tcPr>
          <w:tcW w:w="4530" w:type="dxa"/>
        </w:tcPr>
        <w:p w14:paraId="1761B5E9" w14:textId="77777777" w:rsidR="0058580C" w:rsidRPr="00A073B7" w:rsidRDefault="0058580C" w:rsidP="0058580C">
          <w:pPr>
            <w:rPr>
              <w:rFonts w:ascii="Arial" w:hAnsi="Arial" w:cs="Arial"/>
              <w:b/>
              <w:sz w:val="16"/>
              <w:szCs w:val="16"/>
              <w:lang w:val="hu-HU"/>
            </w:rPr>
          </w:pPr>
          <w:r w:rsidRPr="00A073B7">
            <w:rPr>
              <w:rFonts w:ascii="Arial" w:hAnsi="Arial" w:cs="Arial"/>
              <w:b/>
              <w:sz w:val="16"/>
              <w:szCs w:val="16"/>
              <w:lang w:val="hu-HU"/>
            </w:rPr>
            <w:t>Független Energetikai Adatközpont Zrt.</w:t>
          </w:r>
        </w:p>
        <w:p w14:paraId="1A8C5E00" w14:textId="77777777" w:rsidR="0058580C" w:rsidRPr="00A073B7" w:rsidRDefault="0058580C" w:rsidP="0058580C">
          <w:pPr>
            <w:rPr>
              <w:rFonts w:ascii="Arial" w:hAnsi="Arial" w:cs="Arial"/>
              <w:sz w:val="16"/>
              <w:szCs w:val="16"/>
              <w:lang w:val="hu-HU"/>
            </w:rPr>
          </w:pPr>
          <w:r w:rsidRPr="00A073B7">
            <w:rPr>
              <w:rFonts w:ascii="Arial" w:hAnsi="Arial" w:cs="Arial"/>
              <w:sz w:val="16"/>
              <w:szCs w:val="16"/>
              <w:lang w:val="hu-HU"/>
            </w:rPr>
            <w:t>1117 Budapest, Október huszonharmadika utca 18.</w:t>
          </w:r>
        </w:p>
        <w:p w14:paraId="15FEDBE0" w14:textId="1C6FD809" w:rsidR="0058580C" w:rsidRPr="00A073B7" w:rsidRDefault="0058580C" w:rsidP="0058580C">
          <w:pPr>
            <w:rPr>
              <w:rFonts w:ascii="Arial" w:hAnsi="Arial" w:cs="Arial"/>
              <w:sz w:val="16"/>
              <w:szCs w:val="16"/>
              <w:lang w:val="hu-HU"/>
            </w:rPr>
          </w:pPr>
          <w:r w:rsidRPr="00A073B7">
            <w:rPr>
              <w:rFonts w:ascii="Arial" w:hAnsi="Arial" w:cs="Arial"/>
              <w:sz w:val="16"/>
              <w:szCs w:val="16"/>
              <w:lang w:val="hu-HU"/>
            </w:rPr>
            <w:t>E-mail: szakvelemeny@feak.hu</w:t>
          </w:r>
        </w:p>
        <w:p w14:paraId="6D45EADA" w14:textId="77777777" w:rsidR="0058580C" w:rsidRPr="00A073B7" w:rsidRDefault="0058580C" w:rsidP="0058580C">
          <w:pPr>
            <w:rPr>
              <w:rFonts w:ascii="Arial" w:hAnsi="Arial" w:cs="Arial"/>
              <w:sz w:val="16"/>
              <w:szCs w:val="16"/>
              <w:lang w:val="hu-HU"/>
            </w:rPr>
          </w:pPr>
          <w:r w:rsidRPr="00A073B7">
            <w:rPr>
              <w:rFonts w:ascii="Arial" w:hAnsi="Arial" w:cs="Arial"/>
              <w:sz w:val="16"/>
              <w:szCs w:val="16"/>
              <w:lang w:val="hu-HU"/>
            </w:rPr>
            <w:t>Web: www.feak.hu</w:t>
          </w:r>
        </w:p>
      </w:tc>
      <w:tc>
        <w:tcPr>
          <w:tcW w:w="4530" w:type="dxa"/>
        </w:tcPr>
        <w:p w14:paraId="2E4F9C2A" w14:textId="77777777" w:rsidR="0058580C" w:rsidRPr="00A073B7" w:rsidRDefault="0058580C" w:rsidP="0058580C">
          <w:pPr>
            <w:pStyle w:val="llb"/>
            <w:jc w:val="right"/>
            <w:rPr>
              <w:rFonts w:ascii="Arial" w:hAnsi="Arial" w:cs="Arial"/>
              <w:lang w:val="hu-HU"/>
            </w:rPr>
          </w:pPr>
          <w:r w:rsidRPr="00A073B7">
            <w:rPr>
              <w:rFonts w:ascii="Arial" w:hAnsi="Arial" w:cs="Arial"/>
              <w:noProof/>
              <w:lang w:val="hu-HU"/>
            </w:rPr>
            <w:drawing>
              <wp:inline distT="0" distB="0" distL="0" distR="0" wp14:anchorId="4F41BCFA" wp14:editId="466FE2F1">
                <wp:extent cx="961200" cy="504000"/>
                <wp:effectExtent l="0" t="0" r="0" b="0"/>
                <wp:docPr id="2034078518" name="Kép 1" descr="A képen szöveg, Grafika, clipart, szimbólum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4078518" name="Kép 1" descr="A képen szöveg, Grafika, clipart, szimbólum látható&#10;&#10;Automatikusan generált leírá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200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94387C" w14:textId="77777777" w:rsidR="0076644C" w:rsidRPr="00A073B7" w:rsidRDefault="0076644C" w:rsidP="005F4D3C">
    <w:pPr>
      <w:pStyle w:val="llb"/>
      <w:jc w:val="right"/>
      <w:rPr>
        <w:lang w:val="hu-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51F03" w14:textId="77777777" w:rsidR="00DC4B43" w:rsidRDefault="00DC4B43" w:rsidP="00DC4B43">
      <w:pPr>
        <w:spacing w:after="0" w:line="240" w:lineRule="auto"/>
      </w:pPr>
      <w:r>
        <w:separator/>
      </w:r>
    </w:p>
  </w:footnote>
  <w:footnote w:type="continuationSeparator" w:id="0">
    <w:p w14:paraId="24E651C0" w14:textId="77777777" w:rsidR="00DC4B43" w:rsidRDefault="00DC4B43" w:rsidP="00DC4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2F8B9" w14:textId="77777777" w:rsidR="0076644C" w:rsidRDefault="0076644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CC6D" w14:textId="1EB96CFD" w:rsidR="0076644C" w:rsidRDefault="0076644C">
    <w:pPr>
      <w:pStyle w:val="lfej"/>
    </w:pPr>
  </w:p>
  <w:p w14:paraId="306461B5" w14:textId="77777777" w:rsidR="0076644C" w:rsidRDefault="0076644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17781" w14:textId="4071D84C" w:rsidR="0076644C" w:rsidRDefault="005F4D3C">
    <w:pPr>
      <w:pStyle w:val="lfej"/>
    </w:pPr>
    <w:r>
      <w:rPr>
        <w:noProof/>
      </w:rPr>
      <w:drawing>
        <wp:inline distT="0" distB="0" distL="0" distR="0" wp14:anchorId="6A83A20A" wp14:editId="56EC4FF2">
          <wp:extent cx="4186800" cy="1260000"/>
          <wp:effectExtent l="0" t="0" r="4445" b="0"/>
          <wp:docPr id="271545133" name="Picture 12" descr="A képen szöveg, képernyőkép, Betűtípus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képen szöveg, képernyőkép, Betűtípus, embléma látható&#10;&#10;Automatikusan generált leírá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0"/>
                  <a:stretch/>
                </pic:blipFill>
                <pic:spPr bwMode="auto">
                  <a:xfrm>
                    <a:off x="0" y="0"/>
                    <a:ext cx="4186800" cy="12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4054678"/>
    <w:multiLevelType w:val="hybridMultilevel"/>
    <w:tmpl w:val="68445F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859464">
    <w:abstractNumId w:val="8"/>
  </w:num>
  <w:num w:numId="2" w16cid:durableId="2120443960">
    <w:abstractNumId w:val="6"/>
  </w:num>
  <w:num w:numId="3" w16cid:durableId="2012753587">
    <w:abstractNumId w:val="5"/>
  </w:num>
  <w:num w:numId="4" w16cid:durableId="411003836">
    <w:abstractNumId w:val="4"/>
  </w:num>
  <w:num w:numId="5" w16cid:durableId="2094163605">
    <w:abstractNumId w:val="7"/>
  </w:num>
  <w:num w:numId="6" w16cid:durableId="1534729873">
    <w:abstractNumId w:val="3"/>
  </w:num>
  <w:num w:numId="7" w16cid:durableId="1960140512">
    <w:abstractNumId w:val="2"/>
  </w:num>
  <w:num w:numId="8" w16cid:durableId="1858881980">
    <w:abstractNumId w:val="1"/>
  </w:num>
  <w:num w:numId="9" w16cid:durableId="1771200383">
    <w:abstractNumId w:val="0"/>
  </w:num>
  <w:num w:numId="10" w16cid:durableId="7051087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3E60"/>
    <w:rsid w:val="0006063C"/>
    <w:rsid w:val="000804F6"/>
    <w:rsid w:val="00093554"/>
    <w:rsid w:val="00095E27"/>
    <w:rsid w:val="000B52DD"/>
    <w:rsid w:val="000F5A3E"/>
    <w:rsid w:val="0015074B"/>
    <w:rsid w:val="001E4602"/>
    <w:rsid w:val="00234D6A"/>
    <w:rsid w:val="002533B1"/>
    <w:rsid w:val="00274FEE"/>
    <w:rsid w:val="0029639D"/>
    <w:rsid w:val="002A107B"/>
    <w:rsid w:val="002D2A9C"/>
    <w:rsid w:val="00304BFF"/>
    <w:rsid w:val="00326F90"/>
    <w:rsid w:val="00351D41"/>
    <w:rsid w:val="00355527"/>
    <w:rsid w:val="003A1482"/>
    <w:rsid w:val="00426712"/>
    <w:rsid w:val="00451477"/>
    <w:rsid w:val="00463237"/>
    <w:rsid w:val="004874CB"/>
    <w:rsid w:val="004A1D1F"/>
    <w:rsid w:val="004C2625"/>
    <w:rsid w:val="004C692D"/>
    <w:rsid w:val="004F719C"/>
    <w:rsid w:val="00532E5F"/>
    <w:rsid w:val="0058580C"/>
    <w:rsid w:val="005B65E5"/>
    <w:rsid w:val="005D030E"/>
    <w:rsid w:val="005E1678"/>
    <w:rsid w:val="005E6CD9"/>
    <w:rsid w:val="005F24C6"/>
    <w:rsid w:val="005F4D3C"/>
    <w:rsid w:val="0061218A"/>
    <w:rsid w:val="006B152B"/>
    <w:rsid w:val="0076644C"/>
    <w:rsid w:val="007D7F0D"/>
    <w:rsid w:val="007F792D"/>
    <w:rsid w:val="00825A1B"/>
    <w:rsid w:val="00844177"/>
    <w:rsid w:val="008A31F6"/>
    <w:rsid w:val="008B3BE2"/>
    <w:rsid w:val="008C3BC1"/>
    <w:rsid w:val="0091113F"/>
    <w:rsid w:val="009A33AC"/>
    <w:rsid w:val="009C4285"/>
    <w:rsid w:val="009F2FDF"/>
    <w:rsid w:val="009F50FA"/>
    <w:rsid w:val="00A073B7"/>
    <w:rsid w:val="00A077E1"/>
    <w:rsid w:val="00A518B2"/>
    <w:rsid w:val="00A70017"/>
    <w:rsid w:val="00A800D0"/>
    <w:rsid w:val="00AA1D8D"/>
    <w:rsid w:val="00AB70ED"/>
    <w:rsid w:val="00AF1174"/>
    <w:rsid w:val="00AF143B"/>
    <w:rsid w:val="00B47730"/>
    <w:rsid w:val="00B95625"/>
    <w:rsid w:val="00BB4C94"/>
    <w:rsid w:val="00C434B1"/>
    <w:rsid w:val="00C73528"/>
    <w:rsid w:val="00C85A48"/>
    <w:rsid w:val="00C95DFA"/>
    <w:rsid w:val="00CB0664"/>
    <w:rsid w:val="00D337DF"/>
    <w:rsid w:val="00D4726E"/>
    <w:rsid w:val="00D52A31"/>
    <w:rsid w:val="00D63850"/>
    <w:rsid w:val="00D8654F"/>
    <w:rsid w:val="00DB329A"/>
    <w:rsid w:val="00DC3756"/>
    <w:rsid w:val="00DC4B43"/>
    <w:rsid w:val="00DF1BA2"/>
    <w:rsid w:val="00DF34E6"/>
    <w:rsid w:val="00E21403"/>
    <w:rsid w:val="00E21E45"/>
    <w:rsid w:val="00E338DB"/>
    <w:rsid w:val="00E97BDE"/>
    <w:rsid w:val="00EE12D3"/>
    <w:rsid w:val="00EF7B65"/>
    <w:rsid w:val="00F03959"/>
    <w:rsid w:val="00FC693F"/>
    <w:rsid w:val="00FE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ABCC94C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hivatkozs">
    <w:name w:val="Hyperlink"/>
    <w:basedOn w:val="Bekezdsalapbettpusa"/>
    <w:uiPriority w:val="99"/>
    <w:unhideWhenUsed/>
    <w:rsid w:val="008C3BC1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C3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akvelemeny@feak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624</Words>
  <Characters>4308</Characters>
  <Application>Microsoft Office Word</Application>
  <DocSecurity>0</DocSecurity>
  <Lines>35</Lines>
  <Paragraphs>9</Paragraphs>
  <ScaleCrop>false</ScaleCrop>
  <Manager/>
  <Company/>
  <LinksUpToDate>false</LinksUpToDate>
  <CharactersWithSpaces>4923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2025-01-21T16:55:00Z</dcterms:created>
  <dcterms:modified xsi:type="dcterms:W3CDTF">2025-01-21T17:45:00Z</dcterms:modified>
  <cp:category/>
</cp:coreProperties>
</file>