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143F3" w14:textId="23DC5BFC" w:rsidR="00C434B1" w:rsidRPr="008C3BC1" w:rsidRDefault="002533B1" w:rsidP="008C3BC1">
      <w:pPr>
        <w:pStyle w:val="Cmsor1"/>
        <w:jc w:val="center"/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Energiamenedzsment rendszer értékelési űrlap</w:t>
      </w:r>
    </w:p>
    <w:p w14:paraId="7473B693" w14:textId="77777777" w:rsidR="008C3BC1" w:rsidRPr="008C3BC1" w:rsidRDefault="008C3BC1">
      <w:pPr>
        <w:rPr>
          <w:rFonts w:ascii="Arial" w:hAnsi="Arial" w:cs="Arial"/>
          <w:lang w:val="hu-HU"/>
        </w:rPr>
      </w:pPr>
    </w:p>
    <w:p w14:paraId="58F91359" w14:textId="6A164C22" w:rsidR="008C3BC1" w:rsidRPr="008C3BC1" w:rsidRDefault="00532E5F">
      <w:pPr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Kérjük, töltse ki az alábbi űrlapot a lokális energiamenedzsment rendszer szakértői véleményezéséhez szükséges információk megadásával</w:t>
      </w:r>
      <w:r w:rsidR="008C3BC1" w:rsidRPr="008C3BC1">
        <w:rPr>
          <w:rFonts w:ascii="Arial" w:hAnsi="Arial" w:cs="Arial"/>
          <w:lang w:val="hu-HU"/>
        </w:rPr>
        <w:t>:</w:t>
      </w:r>
    </w:p>
    <w:p w14:paraId="222FA398" w14:textId="0017EDCD" w:rsidR="008C3BC1" w:rsidRPr="008C3BC1" w:rsidRDefault="00532E5F" w:rsidP="008C3BC1">
      <w:pPr>
        <w:pStyle w:val="Listaszerbekezds"/>
        <w:numPr>
          <w:ilvl w:val="0"/>
          <w:numId w:val="10"/>
        </w:numPr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 xml:space="preserve">Minden kérdés melletti cellában </w:t>
      </w:r>
      <w:r w:rsidR="008C3BC1" w:rsidRPr="008C3BC1">
        <w:rPr>
          <w:rFonts w:ascii="Arial" w:hAnsi="Arial" w:cs="Arial"/>
          <w:lang w:val="hu-HU"/>
        </w:rPr>
        <w:t>a kérdésre szövegesen válaszolni kell.</w:t>
      </w:r>
    </w:p>
    <w:p w14:paraId="08E89A12" w14:textId="1AE4C9BB" w:rsidR="00C434B1" w:rsidRPr="008C3BC1" w:rsidRDefault="008C3BC1" w:rsidP="008C3BC1">
      <w:pPr>
        <w:pStyle w:val="Listaszerbekezds"/>
        <w:numPr>
          <w:ilvl w:val="0"/>
          <w:numId w:val="10"/>
        </w:numPr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A válasz után meg kell adni, hogy a szöveg</w:t>
      </w:r>
      <w:r w:rsidR="00426712">
        <w:rPr>
          <w:rFonts w:ascii="Arial" w:hAnsi="Arial" w:cs="Arial"/>
          <w:lang w:val="hu-HU"/>
        </w:rPr>
        <w:t>e</w:t>
      </w:r>
      <w:r w:rsidRPr="008C3BC1">
        <w:rPr>
          <w:rFonts w:ascii="Arial" w:hAnsi="Arial" w:cs="Arial"/>
          <w:lang w:val="hu-HU"/>
        </w:rPr>
        <w:t>sen beírt információt melyik dokumentumban, hol találják meg a szakvéleményezési szakértők (fájlnév, dokumentum címe, fejezet vagy oldalszám).</w:t>
      </w:r>
    </w:p>
    <w:p w14:paraId="62ADCDAA" w14:textId="328F0F34" w:rsidR="008C3BC1" w:rsidRPr="008C3BC1" w:rsidRDefault="008C3BC1" w:rsidP="008C3BC1">
      <w:pPr>
        <w:pStyle w:val="Listaszerbekezds"/>
        <w:numPr>
          <w:ilvl w:val="0"/>
          <w:numId w:val="10"/>
        </w:numPr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A hivatkozott dokumentumokat fel kell tölteni a megadott tárhelyre.</w:t>
      </w:r>
    </w:p>
    <w:p w14:paraId="014F8AAA" w14:textId="1058BB11" w:rsidR="008C3BC1" w:rsidRPr="008C3BC1" w:rsidRDefault="008C3BC1" w:rsidP="008C3BC1">
      <w:pPr>
        <w:pStyle w:val="Listaszerbekezds"/>
        <w:numPr>
          <w:ilvl w:val="0"/>
          <w:numId w:val="10"/>
        </w:numPr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A jelen űrlapot kitöltés után cégszerűen aláírva szintén fel kell tölteni a megadott tárhelyre.</w:t>
      </w:r>
    </w:p>
    <w:p w14:paraId="0F33D4CF" w14:textId="4027A16A" w:rsidR="008C3BC1" w:rsidRPr="008C3BC1" w:rsidRDefault="008C3BC1" w:rsidP="008C3BC1">
      <w:pPr>
        <w:pStyle w:val="Listaszerbekezds"/>
        <w:numPr>
          <w:ilvl w:val="0"/>
          <w:numId w:val="10"/>
        </w:numPr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 xml:space="preserve">Amikor minden előző lépés kész, kérjük küldjön erről egy e-mailt a </w:t>
      </w:r>
      <w:hyperlink r:id="rId7" w:history="1">
        <w:r w:rsidRPr="008C3BC1">
          <w:rPr>
            <w:rStyle w:val="Hiperhivatkozs"/>
            <w:rFonts w:ascii="Arial" w:hAnsi="Arial" w:cs="Arial"/>
            <w:lang w:val="hu-HU"/>
          </w:rPr>
          <w:t>szakvelemeny@feak.hu</w:t>
        </w:r>
      </w:hyperlink>
      <w:r w:rsidRPr="008C3BC1">
        <w:rPr>
          <w:rFonts w:ascii="Arial" w:hAnsi="Arial" w:cs="Arial"/>
          <w:lang w:val="hu-HU"/>
        </w:rPr>
        <w:t xml:space="preserve"> címre.</w:t>
      </w:r>
    </w:p>
    <w:p w14:paraId="79290990" w14:textId="0A1FF45A" w:rsidR="008C3BC1" w:rsidRPr="008C3BC1" w:rsidRDefault="008C3BC1">
      <w:pPr>
        <w:rPr>
          <w:rFonts w:ascii="Arial" w:hAnsi="Arial" w:cs="Arial"/>
          <w:lang w:val="hu-HU"/>
        </w:rPr>
      </w:pPr>
    </w:p>
    <w:p w14:paraId="5E6B6161" w14:textId="77777777" w:rsidR="00C434B1" w:rsidRPr="008C3BC1" w:rsidRDefault="00532E5F">
      <w:pPr>
        <w:pStyle w:val="Cmsor2"/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1. Cégadatok és kapcsolattartó 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434B1" w:rsidRPr="008C3BC1" w14:paraId="62983D06" w14:textId="77777777">
        <w:tc>
          <w:tcPr>
            <w:tcW w:w="4320" w:type="dxa"/>
          </w:tcPr>
          <w:p w14:paraId="5883B2F5" w14:textId="77777777" w:rsidR="00C434B1" w:rsidRPr="008C3BC1" w:rsidRDefault="00532E5F">
            <w:pPr>
              <w:rPr>
                <w:rFonts w:ascii="Arial" w:hAnsi="Arial" w:cs="Arial"/>
                <w:lang w:val="hu-HU"/>
              </w:rPr>
            </w:pPr>
            <w:r w:rsidRPr="008C3BC1">
              <w:rPr>
                <w:rFonts w:ascii="Arial" w:hAnsi="Arial" w:cs="Arial"/>
                <w:lang w:val="hu-HU"/>
              </w:rPr>
              <w:t>Cég neve:</w:t>
            </w:r>
          </w:p>
        </w:tc>
        <w:tc>
          <w:tcPr>
            <w:tcW w:w="4320" w:type="dxa"/>
          </w:tcPr>
          <w:p w14:paraId="4F755059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1F07B3F2" w14:textId="77777777">
        <w:tc>
          <w:tcPr>
            <w:tcW w:w="4320" w:type="dxa"/>
          </w:tcPr>
          <w:p w14:paraId="0569EF18" w14:textId="77777777" w:rsidR="00C434B1" w:rsidRPr="008C3BC1" w:rsidRDefault="00532E5F">
            <w:pPr>
              <w:rPr>
                <w:rFonts w:ascii="Arial" w:hAnsi="Arial" w:cs="Arial"/>
                <w:lang w:val="hu-HU"/>
              </w:rPr>
            </w:pPr>
            <w:r w:rsidRPr="008C3BC1">
              <w:rPr>
                <w:rFonts w:ascii="Arial" w:hAnsi="Arial" w:cs="Arial"/>
                <w:lang w:val="hu-HU"/>
              </w:rPr>
              <w:t>Székhely címe:</w:t>
            </w:r>
          </w:p>
        </w:tc>
        <w:tc>
          <w:tcPr>
            <w:tcW w:w="4320" w:type="dxa"/>
          </w:tcPr>
          <w:p w14:paraId="4C060C03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3649860E" w14:textId="77777777">
        <w:tc>
          <w:tcPr>
            <w:tcW w:w="4320" w:type="dxa"/>
          </w:tcPr>
          <w:p w14:paraId="058F1120" w14:textId="77777777" w:rsidR="00C434B1" w:rsidRPr="008C3BC1" w:rsidRDefault="00532E5F">
            <w:pPr>
              <w:rPr>
                <w:rFonts w:ascii="Arial" w:hAnsi="Arial" w:cs="Arial"/>
                <w:lang w:val="hu-HU"/>
              </w:rPr>
            </w:pPr>
            <w:r w:rsidRPr="008C3BC1">
              <w:rPr>
                <w:rFonts w:ascii="Arial" w:hAnsi="Arial" w:cs="Arial"/>
                <w:lang w:val="hu-HU"/>
              </w:rPr>
              <w:t>Kapcsolattartó neve:</w:t>
            </w:r>
          </w:p>
        </w:tc>
        <w:tc>
          <w:tcPr>
            <w:tcW w:w="4320" w:type="dxa"/>
          </w:tcPr>
          <w:p w14:paraId="5C90B3AB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05643E32" w14:textId="77777777">
        <w:tc>
          <w:tcPr>
            <w:tcW w:w="4320" w:type="dxa"/>
          </w:tcPr>
          <w:p w14:paraId="3DA8A63F" w14:textId="77777777" w:rsidR="00C434B1" w:rsidRPr="008C3BC1" w:rsidRDefault="00532E5F">
            <w:pPr>
              <w:rPr>
                <w:rFonts w:ascii="Arial" w:hAnsi="Arial" w:cs="Arial"/>
                <w:lang w:val="hu-HU"/>
              </w:rPr>
            </w:pPr>
            <w:r w:rsidRPr="008C3BC1">
              <w:rPr>
                <w:rFonts w:ascii="Arial" w:hAnsi="Arial" w:cs="Arial"/>
                <w:lang w:val="hu-HU"/>
              </w:rPr>
              <w:t>Kapcsolattartó telefonszáma:</w:t>
            </w:r>
          </w:p>
        </w:tc>
        <w:tc>
          <w:tcPr>
            <w:tcW w:w="4320" w:type="dxa"/>
          </w:tcPr>
          <w:p w14:paraId="09FE8C97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6B198AEB" w14:textId="77777777">
        <w:tc>
          <w:tcPr>
            <w:tcW w:w="4320" w:type="dxa"/>
          </w:tcPr>
          <w:p w14:paraId="71B2C69F" w14:textId="77777777" w:rsidR="00C434B1" w:rsidRPr="008C3BC1" w:rsidRDefault="00532E5F">
            <w:pPr>
              <w:rPr>
                <w:rFonts w:ascii="Arial" w:hAnsi="Arial" w:cs="Arial"/>
                <w:lang w:val="hu-HU"/>
              </w:rPr>
            </w:pPr>
            <w:r w:rsidRPr="008C3BC1">
              <w:rPr>
                <w:rFonts w:ascii="Arial" w:hAnsi="Arial" w:cs="Arial"/>
                <w:lang w:val="hu-HU"/>
              </w:rPr>
              <w:t>Kapcsolattartó e-mail címe:</w:t>
            </w:r>
          </w:p>
        </w:tc>
        <w:tc>
          <w:tcPr>
            <w:tcW w:w="4320" w:type="dxa"/>
          </w:tcPr>
          <w:p w14:paraId="727AC662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</w:tbl>
    <w:p w14:paraId="4DF35A2C" w14:textId="77777777" w:rsidR="00C434B1" w:rsidRPr="008C3BC1" w:rsidRDefault="00532E5F">
      <w:pPr>
        <w:pStyle w:val="Cmsor2"/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2. Rendszer azonosítása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434B1" w:rsidRPr="008C3BC1" w14:paraId="3ABABEFC" w14:textId="77777777">
        <w:tc>
          <w:tcPr>
            <w:tcW w:w="4320" w:type="dxa"/>
          </w:tcPr>
          <w:p w14:paraId="0BD72D1E" w14:textId="77777777" w:rsidR="00C434B1" w:rsidRPr="008C3BC1" w:rsidRDefault="00532E5F">
            <w:pPr>
              <w:rPr>
                <w:rFonts w:ascii="Arial" w:hAnsi="Arial" w:cs="Arial"/>
                <w:lang w:val="hu-HU"/>
              </w:rPr>
            </w:pPr>
            <w:r w:rsidRPr="008C3BC1">
              <w:rPr>
                <w:rFonts w:ascii="Arial" w:hAnsi="Arial" w:cs="Arial"/>
                <w:lang w:val="hu-HU"/>
              </w:rPr>
              <w:t>Rendszer neve:</w:t>
            </w:r>
          </w:p>
        </w:tc>
        <w:tc>
          <w:tcPr>
            <w:tcW w:w="4320" w:type="dxa"/>
          </w:tcPr>
          <w:p w14:paraId="58EA9749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4FC97BBE" w14:textId="77777777">
        <w:tc>
          <w:tcPr>
            <w:tcW w:w="4320" w:type="dxa"/>
          </w:tcPr>
          <w:p w14:paraId="293D9FDE" w14:textId="77777777" w:rsidR="00C434B1" w:rsidRPr="008C3BC1" w:rsidRDefault="00532E5F">
            <w:pPr>
              <w:rPr>
                <w:rFonts w:ascii="Arial" w:hAnsi="Arial" w:cs="Arial"/>
                <w:lang w:val="hu-HU"/>
              </w:rPr>
            </w:pPr>
            <w:r w:rsidRPr="008C3BC1">
              <w:rPr>
                <w:rFonts w:ascii="Arial" w:hAnsi="Arial" w:cs="Arial"/>
                <w:lang w:val="hu-HU"/>
              </w:rPr>
              <w:t>Verziószám:</w:t>
            </w:r>
          </w:p>
        </w:tc>
        <w:tc>
          <w:tcPr>
            <w:tcW w:w="4320" w:type="dxa"/>
          </w:tcPr>
          <w:p w14:paraId="3C2AC4B7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34ECA30E" w14:textId="77777777">
        <w:tc>
          <w:tcPr>
            <w:tcW w:w="4320" w:type="dxa"/>
          </w:tcPr>
          <w:p w14:paraId="7F9D0B00" w14:textId="77777777" w:rsidR="00C434B1" w:rsidRPr="008C3BC1" w:rsidRDefault="00532E5F">
            <w:pPr>
              <w:rPr>
                <w:rFonts w:ascii="Arial" w:hAnsi="Arial" w:cs="Arial"/>
                <w:lang w:val="hu-HU"/>
              </w:rPr>
            </w:pPr>
            <w:r w:rsidRPr="008C3BC1">
              <w:rPr>
                <w:rFonts w:ascii="Arial" w:hAnsi="Arial" w:cs="Arial"/>
                <w:lang w:val="hu-HU"/>
              </w:rPr>
              <w:t>Gyártó neve:</w:t>
            </w:r>
          </w:p>
        </w:tc>
        <w:tc>
          <w:tcPr>
            <w:tcW w:w="4320" w:type="dxa"/>
          </w:tcPr>
          <w:p w14:paraId="46BBFD2E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3106DD44" w14:textId="77777777">
        <w:tc>
          <w:tcPr>
            <w:tcW w:w="4320" w:type="dxa"/>
          </w:tcPr>
          <w:p w14:paraId="753825A7" w14:textId="77777777" w:rsidR="00C434B1" w:rsidRPr="008C3BC1" w:rsidRDefault="00532E5F">
            <w:pPr>
              <w:rPr>
                <w:rFonts w:ascii="Arial" w:hAnsi="Arial" w:cs="Arial"/>
                <w:lang w:val="hu-HU"/>
              </w:rPr>
            </w:pPr>
            <w:r w:rsidRPr="008C3BC1">
              <w:rPr>
                <w:rFonts w:ascii="Arial" w:hAnsi="Arial" w:cs="Arial"/>
                <w:lang w:val="hu-HU"/>
              </w:rPr>
              <w:t>Forgalmazó neve:</w:t>
            </w:r>
          </w:p>
        </w:tc>
        <w:tc>
          <w:tcPr>
            <w:tcW w:w="4320" w:type="dxa"/>
          </w:tcPr>
          <w:p w14:paraId="06096225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</w:tbl>
    <w:p w14:paraId="6F63398A" w14:textId="77777777" w:rsidR="00C434B1" w:rsidRPr="008C3BC1" w:rsidRDefault="00532E5F">
      <w:pPr>
        <w:pStyle w:val="Cmsor2"/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3. Rendszer funkcionalitása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434B1" w:rsidRPr="008C3BC1" w14:paraId="1D1E8298" w14:textId="77777777">
        <w:tc>
          <w:tcPr>
            <w:tcW w:w="4320" w:type="dxa"/>
          </w:tcPr>
          <w:p w14:paraId="382AED07" w14:textId="04854139" w:rsidR="00C434B1" w:rsidRPr="008C3BC1" w:rsidRDefault="00093554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="00532E5F" w:rsidRPr="008C3BC1">
              <w:rPr>
                <w:rFonts w:ascii="Arial" w:hAnsi="Arial" w:cs="Arial"/>
                <w:lang w:val="hu-HU"/>
              </w:rPr>
              <w:t>ilyen típusú energetikai adatok (pl. villamos energia, gázfogyasztás) mérésére alkalmas</w:t>
            </w:r>
            <w:r>
              <w:rPr>
                <w:rFonts w:ascii="Arial" w:hAnsi="Arial" w:cs="Arial"/>
                <w:lang w:val="hu-HU"/>
              </w:rPr>
              <w:t xml:space="preserve"> a rendszer</w:t>
            </w:r>
            <w:r w:rsidR="00355527"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61D4005B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355527" w:rsidRPr="008C3BC1" w14:paraId="2D719E2A" w14:textId="77777777" w:rsidTr="002305FE">
        <w:tc>
          <w:tcPr>
            <w:tcW w:w="4320" w:type="dxa"/>
          </w:tcPr>
          <w:p w14:paraId="2C23A94F" w14:textId="227775FA" w:rsidR="00355527" w:rsidRPr="008C3BC1" w:rsidRDefault="00355527" w:rsidP="002305FE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8C3BC1">
              <w:rPr>
                <w:rFonts w:ascii="Arial" w:hAnsi="Arial" w:cs="Arial"/>
                <w:lang w:val="hu-HU"/>
              </w:rPr>
              <w:t>ilyen beavatkozásokra</w:t>
            </w:r>
            <w:r>
              <w:rPr>
                <w:rFonts w:ascii="Arial" w:hAnsi="Arial" w:cs="Arial"/>
                <w:lang w:val="hu-HU"/>
              </w:rPr>
              <w:t xml:space="preserve"> (szabályozásra, vezérlésre) </w:t>
            </w:r>
            <w:r w:rsidRPr="008C3BC1">
              <w:rPr>
                <w:rFonts w:ascii="Arial" w:hAnsi="Arial" w:cs="Arial"/>
                <w:lang w:val="hu-HU"/>
              </w:rPr>
              <w:t xml:space="preserve">képes </w:t>
            </w:r>
            <w:r>
              <w:rPr>
                <w:rFonts w:ascii="Arial" w:hAnsi="Arial" w:cs="Arial"/>
                <w:lang w:val="hu-HU"/>
              </w:rPr>
              <w:t xml:space="preserve">a rendszer </w:t>
            </w:r>
            <w:r w:rsidRPr="008C3BC1">
              <w:rPr>
                <w:rFonts w:ascii="Arial" w:hAnsi="Arial" w:cs="Arial"/>
                <w:lang w:val="hu-HU"/>
              </w:rPr>
              <w:t>(pl. világítás, HVAC vezérlése)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6F230487" w14:textId="77777777" w:rsidR="00355527" w:rsidRPr="008C3BC1" w:rsidRDefault="00355527" w:rsidP="002305FE">
            <w:pPr>
              <w:rPr>
                <w:rFonts w:ascii="Arial" w:hAnsi="Arial" w:cs="Arial"/>
                <w:lang w:val="hu-HU"/>
              </w:rPr>
            </w:pPr>
          </w:p>
        </w:tc>
      </w:tr>
      <w:tr w:rsidR="00BB4C94" w:rsidRPr="008C3BC1" w14:paraId="077650AB" w14:textId="77777777" w:rsidTr="002305FE">
        <w:tc>
          <w:tcPr>
            <w:tcW w:w="4320" w:type="dxa"/>
          </w:tcPr>
          <w:p w14:paraId="234CFEB8" w14:textId="77777777" w:rsidR="00BB4C94" w:rsidRPr="008C3BC1" w:rsidRDefault="00BB4C94" w:rsidP="002305FE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8C3BC1">
              <w:rPr>
                <w:rFonts w:ascii="Arial" w:hAnsi="Arial" w:cs="Arial"/>
                <w:lang w:val="hu-HU"/>
              </w:rPr>
              <w:t xml:space="preserve">ilyen funkcióival képes </w:t>
            </w:r>
            <w:r>
              <w:rPr>
                <w:rFonts w:ascii="Arial" w:hAnsi="Arial" w:cs="Arial"/>
                <w:lang w:val="hu-HU"/>
              </w:rPr>
              <w:t xml:space="preserve">a rendszer </w:t>
            </w:r>
            <w:r w:rsidRPr="008C3BC1">
              <w:rPr>
                <w:rFonts w:ascii="Arial" w:hAnsi="Arial" w:cs="Arial"/>
                <w:lang w:val="hu-HU"/>
              </w:rPr>
              <w:t xml:space="preserve">több épületet egy intézménybe összefogni, és </w:t>
            </w:r>
            <w:r w:rsidRPr="008C3BC1">
              <w:rPr>
                <w:rFonts w:ascii="Arial" w:hAnsi="Arial" w:cs="Arial"/>
                <w:lang w:val="hu-HU"/>
              </w:rPr>
              <w:lastRenderedPageBreak/>
              <w:t xml:space="preserve">az </w:t>
            </w:r>
            <w:proofErr w:type="spellStart"/>
            <w:r w:rsidRPr="008C3BC1">
              <w:rPr>
                <w:rFonts w:ascii="Arial" w:hAnsi="Arial" w:cs="Arial"/>
                <w:lang w:val="hu-HU"/>
              </w:rPr>
              <w:t>energiaadatokat</w:t>
            </w:r>
            <w:proofErr w:type="spellEnd"/>
            <w:r w:rsidRPr="008C3BC1">
              <w:rPr>
                <w:rFonts w:ascii="Arial" w:hAnsi="Arial" w:cs="Arial"/>
                <w:lang w:val="hu-HU"/>
              </w:rPr>
              <w:t xml:space="preserve"> intézményi szinten kezelni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5BD4A2CC" w14:textId="77777777" w:rsidR="00BB4C94" w:rsidRPr="008C3BC1" w:rsidRDefault="00BB4C94" w:rsidP="002305FE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6D932B80" w14:textId="77777777">
        <w:tc>
          <w:tcPr>
            <w:tcW w:w="4320" w:type="dxa"/>
          </w:tcPr>
          <w:p w14:paraId="3684CB66" w14:textId="62ED4BAC" w:rsidR="00C434B1" w:rsidRPr="008C3BC1" w:rsidRDefault="00BB4C94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</w:t>
            </w:r>
            <w:r w:rsidR="00532E5F" w:rsidRPr="008C3BC1">
              <w:rPr>
                <w:rFonts w:ascii="Arial" w:hAnsi="Arial" w:cs="Arial"/>
                <w:lang w:val="hu-HU"/>
              </w:rPr>
              <w:t>ogyan támogatja a rendszer az energiafelhasználás optimalizálását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1F7BDB27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7EF20650" w14:textId="77777777">
        <w:tc>
          <w:tcPr>
            <w:tcW w:w="4320" w:type="dxa"/>
          </w:tcPr>
          <w:p w14:paraId="41F8C084" w14:textId="5C076BC5" w:rsidR="00C434B1" w:rsidRPr="008C3BC1" w:rsidRDefault="00BB4C94" w:rsidP="00A70017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</w:t>
            </w:r>
            <w:r w:rsidR="00532E5F" w:rsidRPr="008C3BC1">
              <w:rPr>
                <w:rFonts w:ascii="Arial" w:hAnsi="Arial" w:cs="Arial"/>
                <w:lang w:val="hu-HU"/>
              </w:rPr>
              <w:t xml:space="preserve">ogyan </w:t>
            </w:r>
            <w:r>
              <w:rPr>
                <w:rFonts w:ascii="Arial" w:hAnsi="Arial" w:cs="Arial"/>
                <w:lang w:val="hu-HU"/>
              </w:rPr>
              <w:t>támogatja a rendszer</w:t>
            </w:r>
            <w:r w:rsidR="00A70017">
              <w:rPr>
                <w:rFonts w:ascii="Arial" w:hAnsi="Arial" w:cs="Arial"/>
                <w:lang w:val="hu-HU"/>
              </w:rPr>
              <w:t xml:space="preserve"> </w:t>
            </w:r>
            <w:r>
              <w:rPr>
                <w:rFonts w:ascii="Arial" w:hAnsi="Arial" w:cs="Arial"/>
                <w:lang w:val="hu-HU"/>
              </w:rPr>
              <w:t xml:space="preserve">az </w:t>
            </w:r>
            <w:r w:rsidR="00A70017">
              <w:rPr>
                <w:rFonts w:ascii="Arial" w:hAnsi="Arial" w:cs="Arial"/>
                <w:lang w:val="hu-HU"/>
              </w:rPr>
              <w:t>energiavásárlási szerződések optimalizálását?</w:t>
            </w:r>
          </w:p>
        </w:tc>
        <w:tc>
          <w:tcPr>
            <w:tcW w:w="4320" w:type="dxa"/>
          </w:tcPr>
          <w:p w14:paraId="7EFE5AE5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48FD2022" w14:textId="77777777">
        <w:tc>
          <w:tcPr>
            <w:tcW w:w="4320" w:type="dxa"/>
          </w:tcPr>
          <w:p w14:paraId="25E92679" w14:textId="5033100E" w:rsidR="00C434B1" w:rsidRPr="008C3BC1" w:rsidRDefault="00A70017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</w:t>
            </w:r>
            <w:r w:rsidR="00532E5F" w:rsidRPr="008C3BC1">
              <w:rPr>
                <w:rFonts w:ascii="Arial" w:hAnsi="Arial" w:cs="Arial"/>
                <w:lang w:val="hu-HU"/>
              </w:rPr>
              <w:t>ogyan kezeli a rendszer a rugalmassági kapacitásokat és azok kiajánlását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7C75A9B9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</w:tbl>
    <w:p w14:paraId="06E25B51" w14:textId="77777777" w:rsidR="00C434B1" w:rsidRPr="008C3BC1" w:rsidRDefault="00532E5F">
      <w:pPr>
        <w:pStyle w:val="Cmsor2"/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4. Adatszolgáltatási képességek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434B1" w:rsidRPr="008C3BC1" w14:paraId="2D281C90" w14:textId="77777777">
        <w:tc>
          <w:tcPr>
            <w:tcW w:w="4320" w:type="dxa"/>
          </w:tcPr>
          <w:p w14:paraId="34D5E9CC" w14:textId="77887FCB" w:rsidR="00C434B1" w:rsidRPr="008C3BC1" w:rsidRDefault="00A70017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 xml:space="preserve">Milyen </w:t>
            </w:r>
            <w:r w:rsidR="00532E5F" w:rsidRPr="008C3BC1">
              <w:rPr>
                <w:rFonts w:ascii="Arial" w:hAnsi="Arial" w:cs="Arial"/>
                <w:lang w:val="hu-HU"/>
              </w:rPr>
              <w:t>intézményi és épület</w:t>
            </w:r>
            <w:r w:rsidR="000F5A3E">
              <w:rPr>
                <w:rFonts w:ascii="Arial" w:hAnsi="Arial" w:cs="Arial"/>
                <w:lang w:val="hu-HU"/>
              </w:rPr>
              <w:t>-</w:t>
            </w:r>
            <w:proofErr w:type="spellStart"/>
            <w:r w:rsidR="00532E5F" w:rsidRPr="008C3BC1">
              <w:rPr>
                <w:rFonts w:ascii="Arial" w:hAnsi="Arial" w:cs="Arial"/>
                <w:lang w:val="hu-HU"/>
              </w:rPr>
              <w:t>törzsadatokat</w:t>
            </w:r>
            <w:proofErr w:type="spellEnd"/>
            <w:r w:rsidR="000F5A3E">
              <w:rPr>
                <w:rFonts w:ascii="Arial" w:hAnsi="Arial" w:cs="Arial"/>
                <w:lang w:val="hu-HU"/>
              </w:rPr>
              <w:t xml:space="preserve"> kezel a rendszer? Hogyan?</w:t>
            </w:r>
          </w:p>
        </w:tc>
        <w:tc>
          <w:tcPr>
            <w:tcW w:w="4320" w:type="dxa"/>
          </w:tcPr>
          <w:p w14:paraId="0D7719DE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7AFF0711" w14:textId="77777777">
        <w:tc>
          <w:tcPr>
            <w:tcW w:w="4320" w:type="dxa"/>
          </w:tcPr>
          <w:p w14:paraId="76DC7BA7" w14:textId="2028B3FE" w:rsidR="00C434B1" w:rsidRPr="008C3BC1" w:rsidRDefault="000F5A3E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</w:t>
            </w:r>
            <w:r w:rsidR="00532E5F" w:rsidRPr="008C3BC1">
              <w:rPr>
                <w:rFonts w:ascii="Arial" w:hAnsi="Arial" w:cs="Arial"/>
                <w:lang w:val="hu-HU"/>
              </w:rPr>
              <w:t xml:space="preserve">ogyan </w:t>
            </w:r>
            <w:r>
              <w:rPr>
                <w:rFonts w:ascii="Arial" w:hAnsi="Arial" w:cs="Arial"/>
                <w:lang w:val="hu-HU"/>
              </w:rPr>
              <w:t xml:space="preserve">lehet a rendszerből </w:t>
            </w:r>
            <w:r w:rsidR="00532E5F" w:rsidRPr="008C3BC1">
              <w:rPr>
                <w:rFonts w:ascii="Arial" w:hAnsi="Arial" w:cs="Arial"/>
                <w:lang w:val="hu-HU"/>
              </w:rPr>
              <w:t>exportál</w:t>
            </w:r>
            <w:r>
              <w:rPr>
                <w:rFonts w:ascii="Arial" w:hAnsi="Arial" w:cs="Arial"/>
                <w:lang w:val="hu-HU"/>
              </w:rPr>
              <w:t>ni</w:t>
            </w:r>
            <w:r w:rsidR="00532E5F" w:rsidRPr="008C3BC1">
              <w:rPr>
                <w:rFonts w:ascii="Arial" w:hAnsi="Arial" w:cs="Arial"/>
                <w:lang w:val="hu-HU"/>
              </w:rPr>
              <w:t xml:space="preserve"> a </w:t>
            </w:r>
            <w:proofErr w:type="spellStart"/>
            <w:r w:rsidR="00274FEE">
              <w:rPr>
                <w:rFonts w:ascii="Arial" w:hAnsi="Arial" w:cs="Arial"/>
                <w:lang w:val="hu-HU"/>
              </w:rPr>
              <w:t>törzs</w:t>
            </w:r>
            <w:r w:rsidR="00532E5F" w:rsidRPr="008C3BC1">
              <w:rPr>
                <w:rFonts w:ascii="Arial" w:hAnsi="Arial" w:cs="Arial"/>
                <w:lang w:val="hu-HU"/>
              </w:rPr>
              <w:t>adatokat</w:t>
            </w:r>
            <w:proofErr w:type="spellEnd"/>
            <w:r w:rsidR="00274FEE"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0380B07B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274FEE" w:rsidRPr="008C3BC1" w14:paraId="1EAF4819" w14:textId="77777777" w:rsidTr="002305FE">
        <w:tc>
          <w:tcPr>
            <w:tcW w:w="4320" w:type="dxa"/>
          </w:tcPr>
          <w:p w14:paraId="27B79A8D" w14:textId="6270ADD6" w:rsidR="00274FEE" w:rsidRPr="008C3BC1" w:rsidRDefault="00274FEE" w:rsidP="002305FE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</w:t>
            </w:r>
            <w:r w:rsidRPr="008C3BC1">
              <w:rPr>
                <w:rFonts w:ascii="Arial" w:hAnsi="Arial" w:cs="Arial"/>
                <w:lang w:val="hu-HU"/>
              </w:rPr>
              <w:t xml:space="preserve">ogyan </w:t>
            </w:r>
            <w:r>
              <w:rPr>
                <w:rFonts w:ascii="Arial" w:hAnsi="Arial" w:cs="Arial"/>
                <w:lang w:val="hu-HU"/>
              </w:rPr>
              <w:t xml:space="preserve">lehet a rendszerből </w:t>
            </w:r>
            <w:r w:rsidRPr="008C3BC1">
              <w:rPr>
                <w:rFonts w:ascii="Arial" w:hAnsi="Arial" w:cs="Arial"/>
                <w:lang w:val="hu-HU"/>
              </w:rPr>
              <w:t>exportál</w:t>
            </w:r>
            <w:r>
              <w:rPr>
                <w:rFonts w:ascii="Arial" w:hAnsi="Arial" w:cs="Arial"/>
                <w:lang w:val="hu-HU"/>
              </w:rPr>
              <w:t>ni</w:t>
            </w:r>
            <w:r w:rsidRPr="008C3BC1">
              <w:rPr>
                <w:rFonts w:ascii="Arial" w:hAnsi="Arial" w:cs="Arial"/>
                <w:lang w:val="hu-HU"/>
              </w:rPr>
              <w:t xml:space="preserve"> a mért adatokat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49B0CCD8" w14:textId="77777777" w:rsidR="00274FEE" w:rsidRPr="008C3BC1" w:rsidRDefault="00274FEE" w:rsidP="002305FE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7F0B0021" w14:textId="77777777">
        <w:tc>
          <w:tcPr>
            <w:tcW w:w="4320" w:type="dxa"/>
          </w:tcPr>
          <w:p w14:paraId="24BF13B5" w14:textId="2A9BA978" w:rsidR="00C434B1" w:rsidRPr="008C3BC1" w:rsidRDefault="00274FEE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Hogyan lehet a rendszerből</w:t>
            </w:r>
            <w:r w:rsidR="007F792D">
              <w:rPr>
                <w:rFonts w:ascii="Arial" w:hAnsi="Arial" w:cs="Arial"/>
                <w:lang w:val="hu-HU"/>
              </w:rPr>
              <w:t xml:space="preserve"> összesítéseket, lekérdezéseket, elemzéseket exportálni? Melyek ezek?</w:t>
            </w:r>
            <w:r>
              <w:rPr>
                <w:rFonts w:ascii="Arial" w:hAnsi="Arial" w:cs="Arial"/>
                <w:lang w:val="hu-HU"/>
              </w:rPr>
              <w:t xml:space="preserve"> </w:t>
            </w:r>
          </w:p>
        </w:tc>
        <w:tc>
          <w:tcPr>
            <w:tcW w:w="4320" w:type="dxa"/>
          </w:tcPr>
          <w:p w14:paraId="5163DC65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6E0F95FF" w14:textId="77777777">
        <w:tc>
          <w:tcPr>
            <w:tcW w:w="4320" w:type="dxa"/>
          </w:tcPr>
          <w:p w14:paraId="6410F257" w14:textId="2940A70C" w:rsidR="00C434B1" w:rsidRPr="008C3BC1" w:rsidRDefault="007F792D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="00532E5F" w:rsidRPr="008C3BC1">
              <w:rPr>
                <w:rFonts w:ascii="Arial" w:hAnsi="Arial" w:cs="Arial"/>
                <w:lang w:val="hu-HU"/>
              </w:rPr>
              <w:t>ilyen adatkapcsolati protokollokat és formátumokat támogat a rendszer</w:t>
            </w:r>
            <w:r>
              <w:rPr>
                <w:rFonts w:ascii="Arial" w:hAnsi="Arial" w:cs="Arial"/>
                <w:lang w:val="hu-HU"/>
              </w:rPr>
              <w:t xml:space="preserve"> a mé</w:t>
            </w:r>
            <w:r w:rsidR="00DF1BA2">
              <w:rPr>
                <w:rFonts w:ascii="Arial" w:hAnsi="Arial" w:cs="Arial"/>
                <w:lang w:val="hu-HU"/>
              </w:rPr>
              <w:t>rési pontok felől?</w:t>
            </w:r>
          </w:p>
        </w:tc>
        <w:tc>
          <w:tcPr>
            <w:tcW w:w="4320" w:type="dxa"/>
          </w:tcPr>
          <w:p w14:paraId="792DD349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DF1BA2" w:rsidRPr="008C3BC1" w14:paraId="58337031" w14:textId="77777777" w:rsidTr="002305FE">
        <w:tc>
          <w:tcPr>
            <w:tcW w:w="4320" w:type="dxa"/>
          </w:tcPr>
          <w:p w14:paraId="662EFCF8" w14:textId="74D7F502" w:rsidR="00DF1BA2" w:rsidRPr="008C3BC1" w:rsidRDefault="00DF1BA2" w:rsidP="002305FE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Pr="008C3BC1">
              <w:rPr>
                <w:rFonts w:ascii="Arial" w:hAnsi="Arial" w:cs="Arial"/>
                <w:lang w:val="hu-HU"/>
              </w:rPr>
              <w:t>ilyen adatkapcsolati protokollokat és formátumokat támogat a rendszer</w:t>
            </w:r>
            <w:r>
              <w:rPr>
                <w:rFonts w:ascii="Arial" w:hAnsi="Arial" w:cs="Arial"/>
                <w:lang w:val="hu-HU"/>
              </w:rPr>
              <w:t xml:space="preserve"> külső rendszerek felé?</w:t>
            </w:r>
          </w:p>
        </w:tc>
        <w:tc>
          <w:tcPr>
            <w:tcW w:w="4320" w:type="dxa"/>
          </w:tcPr>
          <w:p w14:paraId="33AB9302" w14:textId="77777777" w:rsidR="00DF1BA2" w:rsidRPr="008C3BC1" w:rsidRDefault="00DF1BA2" w:rsidP="002305FE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18A6656C" w14:textId="77777777">
        <w:tc>
          <w:tcPr>
            <w:tcW w:w="4320" w:type="dxa"/>
          </w:tcPr>
          <w:p w14:paraId="66FA48DA" w14:textId="3439DC80" w:rsidR="00C434B1" w:rsidRPr="008C3BC1" w:rsidRDefault="001E4602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A mért adatok m</w:t>
            </w:r>
            <w:r w:rsidR="00DF1BA2">
              <w:rPr>
                <w:rFonts w:ascii="Arial" w:hAnsi="Arial" w:cs="Arial"/>
                <w:lang w:val="hu-HU"/>
              </w:rPr>
              <w:t xml:space="preserve">ilyen gyakoriságú </w:t>
            </w:r>
            <w:r w:rsidR="00532E5F" w:rsidRPr="008C3BC1">
              <w:rPr>
                <w:rFonts w:ascii="Arial" w:hAnsi="Arial" w:cs="Arial"/>
                <w:lang w:val="hu-HU"/>
              </w:rPr>
              <w:t>adatszolgáltatás</w:t>
            </w:r>
            <w:r>
              <w:rPr>
                <w:rFonts w:ascii="Arial" w:hAnsi="Arial" w:cs="Arial"/>
                <w:lang w:val="hu-HU"/>
              </w:rPr>
              <w:t>ára képes a rendszer más rendszerek felé</w:t>
            </w:r>
            <w:r w:rsidR="00532E5F" w:rsidRPr="008C3BC1">
              <w:rPr>
                <w:rFonts w:ascii="Arial" w:hAnsi="Arial" w:cs="Arial"/>
                <w:lang w:val="hu-HU"/>
              </w:rPr>
              <w:t xml:space="preserve"> (pl. valós idejű, napi, heti)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2AC9BEB8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4D7FBD21" w14:textId="77777777">
        <w:tc>
          <w:tcPr>
            <w:tcW w:w="4320" w:type="dxa"/>
          </w:tcPr>
          <w:p w14:paraId="428DAC23" w14:textId="4FE0919A" w:rsidR="00C434B1" w:rsidRPr="008C3BC1" w:rsidRDefault="004A1D1F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</w:t>
            </w:r>
            <w:r w:rsidR="00532E5F" w:rsidRPr="008C3BC1">
              <w:rPr>
                <w:rFonts w:ascii="Arial" w:hAnsi="Arial" w:cs="Arial"/>
                <w:lang w:val="hu-HU"/>
              </w:rPr>
              <w:t>ogyan biztosítja a rendszer az adatok pontosságát és minőségét</w:t>
            </w:r>
            <w:r>
              <w:rPr>
                <w:rFonts w:ascii="Arial" w:hAnsi="Arial" w:cs="Arial"/>
                <w:lang w:val="hu-HU"/>
              </w:rPr>
              <w:t>? Milyen kapcsolódó ellenőrzések elérhetők a rendszerben?</w:t>
            </w:r>
          </w:p>
        </w:tc>
        <w:tc>
          <w:tcPr>
            <w:tcW w:w="4320" w:type="dxa"/>
          </w:tcPr>
          <w:p w14:paraId="501194A1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</w:tbl>
    <w:p w14:paraId="38877042" w14:textId="77777777" w:rsidR="00C434B1" w:rsidRPr="008C3BC1" w:rsidRDefault="00532E5F">
      <w:pPr>
        <w:pStyle w:val="Cmsor2"/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5. IT biztonság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C434B1" w:rsidRPr="008C3BC1" w14:paraId="35A5075F" w14:textId="77777777">
        <w:tc>
          <w:tcPr>
            <w:tcW w:w="4320" w:type="dxa"/>
          </w:tcPr>
          <w:p w14:paraId="3EEA6294" w14:textId="426325C5" w:rsidR="00C434B1" w:rsidRPr="008C3BC1" w:rsidRDefault="004A1D1F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="00532E5F" w:rsidRPr="008C3BC1">
              <w:rPr>
                <w:rFonts w:ascii="Arial" w:hAnsi="Arial" w:cs="Arial"/>
                <w:lang w:val="hu-HU"/>
              </w:rPr>
              <w:t>ilyen információbiztonsági szabványoknak felel meg a rendszer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40D48FFF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0E2BE788" w14:textId="77777777">
        <w:tc>
          <w:tcPr>
            <w:tcW w:w="4320" w:type="dxa"/>
          </w:tcPr>
          <w:p w14:paraId="1718AA45" w14:textId="3FF68F08" w:rsidR="00C434B1" w:rsidRPr="008C3BC1" w:rsidRDefault="004A1D1F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 xml:space="preserve">Milyen </w:t>
            </w:r>
            <w:r w:rsidR="00304BFF">
              <w:rPr>
                <w:rFonts w:ascii="Arial" w:hAnsi="Arial" w:cs="Arial"/>
                <w:lang w:val="hu-HU"/>
              </w:rPr>
              <w:t>megoldásokkal</w:t>
            </w:r>
            <w:r w:rsidR="00532E5F" w:rsidRPr="008C3BC1">
              <w:rPr>
                <w:rFonts w:ascii="Arial" w:hAnsi="Arial" w:cs="Arial"/>
                <w:lang w:val="hu-HU"/>
              </w:rPr>
              <w:t xml:space="preserve"> védi a rendszer a gyűjtött és tárolt adatokat</w:t>
            </w:r>
            <w:r w:rsidR="00304BFF"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2848DBFB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025C8732" w14:textId="77777777">
        <w:tc>
          <w:tcPr>
            <w:tcW w:w="4320" w:type="dxa"/>
          </w:tcPr>
          <w:p w14:paraId="455DFA7D" w14:textId="3AF7D70D" w:rsidR="00C434B1" w:rsidRPr="008C3BC1" w:rsidRDefault="005E1678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</w:t>
            </w:r>
            <w:r w:rsidR="00532E5F" w:rsidRPr="008C3BC1">
              <w:rPr>
                <w:rFonts w:ascii="Arial" w:hAnsi="Arial" w:cs="Arial"/>
                <w:lang w:val="hu-HU"/>
              </w:rPr>
              <w:t>ogyan kezeli a rendszer a hozzáférési jogosultságokat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415F5C16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0E2516F9" w14:textId="77777777">
        <w:tc>
          <w:tcPr>
            <w:tcW w:w="4320" w:type="dxa"/>
          </w:tcPr>
          <w:p w14:paraId="32BB3C6B" w14:textId="517F0C96" w:rsidR="00C434B1" w:rsidRPr="008C3BC1" w:rsidRDefault="005E1678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</w:t>
            </w:r>
            <w:r w:rsidR="00532E5F" w:rsidRPr="008C3BC1">
              <w:rPr>
                <w:rFonts w:ascii="Arial" w:hAnsi="Arial" w:cs="Arial"/>
                <w:lang w:val="hu-HU"/>
              </w:rPr>
              <w:t>ogyan biztosítja a rendszer a biztonsági incidensek kezelését</w:t>
            </w:r>
            <w:r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540991A4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4C04EE5D" w14:textId="77777777">
        <w:tc>
          <w:tcPr>
            <w:tcW w:w="4320" w:type="dxa"/>
          </w:tcPr>
          <w:p w14:paraId="3FEF127E" w14:textId="43BB2D08" w:rsidR="00C434B1" w:rsidRPr="008C3BC1" w:rsidRDefault="005E1678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H</w:t>
            </w:r>
            <w:r w:rsidR="00532E5F" w:rsidRPr="008C3BC1">
              <w:rPr>
                <w:rFonts w:ascii="Arial" w:hAnsi="Arial" w:cs="Arial"/>
                <w:lang w:val="hu-HU"/>
              </w:rPr>
              <w:t>ogyan naplózza és auditálja a rendszer az adatkapcsolatokat</w:t>
            </w:r>
            <w:r w:rsidR="00D4726E">
              <w:rPr>
                <w:rFonts w:ascii="Arial" w:hAnsi="Arial" w:cs="Arial"/>
                <w:lang w:val="hu-HU"/>
              </w:rPr>
              <w:t>?</w:t>
            </w:r>
          </w:p>
        </w:tc>
        <w:tc>
          <w:tcPr>
            <w:tcW w:w="4320" w:type="dxa"/>
          </w:tcPr>
          <w:p w14:paraId="51A542EA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  <w:tr w:rsidR="00C434B1" w:rsidRPr="008C3BC1" w14:paraId="12C60598" w14:textId="77777777">
        <w:tc>
          <w:tcPr>
            <w:tcW w:w="4320" w:type="dxa"/>
          </w:tcPr>
          <w:p w14:paraId="74393A14" w14:textId="7EBB65AB" w:rsidR="00C434B1" w:rsidRPr="008C3BC1" w:rsidRDefault="005E1678">
            <w:pPr>
              <w:rPr>
                <w:rFonts w:ascii="Arial" w:hAnsi="Arial" w:cs="Arial"/>
                <w:lang w:val="hu-HU"/>
              </w:rPr>
            </w:pPr>
            <w:r>
              <w:rPr>
                <w:rFonts w:ascii="Arial" w:hAnsi="Arial" w:cs="Arial"/>
                <w:lang w:val="hu-HU"/>
              </w:rPr>
              <w:t>M</w:t>
            </w:r>
            <w:r w:rsidR="00532E5F" w:rsidRPr="008C3BC1">
              <w:rPr>
                <w:rFonts w:ascii="Arial" w:hAnsi="Arial" w:cs="Arial"/>
                <w:lang w:val="hu-HU"/>
              </w:rPr>
              <w:t>ilyen védelmi mechanizmusokat alkalmaz a rendszer a külső fenyegetésekkel szemben</w:t>
            </w:r>
          </w:p>
        </w:tc>
        <w:tc>
          <w:tcPr>
            <w:tcW w:w="4320" w:type="dxa"/>
          </w:tcPr>
          <w:p w14:paraId="5275F85E" w14:textId="77777777" w:rsidR="00C434B1" w:rsidRPr="008C3BC1" w:rsidRDefault="00C434B1">
            <w:pPr>
              <w:rPr>
                <w:rFonts w:ascii="Arial" w:hAnsi="Arial" w:cs="Arial"/>
                <w:lang w:val="hu-HU"/>
              </w:rPr>
            </w:pPr>
          </w:p>
        </w:tc>
      </w:tr>
    </w:tbl>
    <w:p w14:paraId="707B771A" w14:textId="77777777" w:rsidR="008C3BC1" w:rsidRDefault="008C3BC1">
      <w:pPr>
        <w:rPr>
          <w:rFonts w:ascii="Arial" w:hAnsi="Arial" w:cs="Arial"/>
          <w:lang w:val="hu-HU"/>
        </w:rPr>
      </w:pPr>
    </w:p>
    <w:p w14:paraId="51D14AB8" w14:textId="2AC7F253" w:rsidR="00C434B1" w:rsidRPr="008C3BC1" w:rsidRDefault="00532E5F">
      <w:pPr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lastRenderedPageBreak/>
        <w:t>Dátum: _____________________________</w:t>
      </w:r>
    </w:p>
    <w:p w14:paraId="323ABBAD" w14:textId="77777777" w:rsidR="008C3BC1" w:rsidRDefault="008C3BC1">
      <w:pPr>
        <w:rPr>
          <w:rFonts w:ascii="Arial" w:hAnsi="Arial" w:cs="Arial"/>
          <w:lang w:val="hu-HU"/>
        </w:rPr>
      </w:pPr>
    </w:p>
    <w:p w14:paraId="652C5F04" w14:textId="4B951B07" w:rsidR="00C434B1" w:rsidRPr="008C3BC1" w:rsidRDefault="00532E5F">
      <w:pPr>
        <w:rPr>
          <w:rFonts w:ascii="Arial" w:hAnsi="Arial" w:cs="Arial"/>
          <w:lang w:val="hu-HU"/>
        </w:rPr>
      </w:pPr>
      <w:r w:rsidRPr="008C3BC1">
        <w:rPr>
          <w:rFonts w:ascii="Arial" w:hAnsi="Arial" w:cs="Arial"/>
          <w:lang w:val="hu-HU"/>
        </w:rPr>
        <w:t>Aláírás: _____________________________</w:t>
      </w:r>
    </w:p>
    <w:sectPr w:rsidR="00C434B1" w:rsidRPr="008C3BC1" w:rsidSect="007664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797" w:bottom="1440" w:left="179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2C92B" w14:textId="77777777" w:rsidR="00DC4B43" w:rsidRDefault="00DC4B43" w:rsidP="00DC4B43">
      <w:pPr>
        <w:spacing w:after="0" w:line="240" w:lineRule="auto"/>
      </w:pPr>
      <w:r>
        <w:separator/>
      </w:r>
    </w:p>
  </w:endnote>
  <w:endnote w:type="continuationSeparator" w:id="0">
    <w:p w14:paraId="2242F5C2" w14:textId="77777777" w:rsidR="00DC4B43" w:rsidRDefault="00DC4B43" w:rsidP="00DC4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A0F76" w14:textId="77777777" w:rsidR="0076644C" w:rsidRDefault="0076644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2860C" w14:textId="77777777" w:rsidR="0076644C" w:rsidRDefault="0076644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30"/>
      <w:gridCol w:w="4316"/>
    </w:tblGrid>
    <w:tr w:rsidR="0058580C" w:rsidRPr="00A073B7" w14:paraId="3F26D18C" w14:textId="77777777" w:rsidTr="007106CE">
      <w:tc>
        <w:tcPr>
          <w:tcW w:w="4530" w:type="dxa"/>
        </w:tcPr>
        <w:p w14:paraId="1761B5E9" w14:textId="77777777" w:rsidR="0058580C" w:rsidRPr="00A073B7" w:rsidRDefault="0058580C" w:rsidP="0058580C">
          <w:pPr>
            <w:rPr>
              <w:rFonts w:ascii="Arial" w:hAnsi="Arial" w:cs="Arial"/>
              <w:b/>
              <w:sz w:val="16"/>
              <w:szCs w:val="16"/>
              <w:lang w:val="hu-HU"/>
            </w:rPr>
          </w:pPr>
          <w:r w:rsidRPr="00A073B7">
            <w:rPr>
              <w:rFonts w:ascii="Arial" w:hAnsi="Arial" w:cs="Arial"/>
              <w:b/>
              <w:sz w:val="16"/>
              <w:szCs w:val="16"/>
              <w:lang w:val="hu-HU"/>
            </w:rPr>
            <w:t>Független Energetikai Adatközpont Zrt.</w:t>
          </w:r>
        </w:p>
        <w:p w14:paraId="1A8C5E00" w14:textId="77777777" w:rsidR="0058580C" w:rsidRPr="00A073B7" w:rsidRDefault="0058580C" w:rsidP="0058580C">
          <w:pPr>
            <w:rPr>
              <w:rFonts w:ascii="Arial" w:hAnsi="Arial" w:cs="Arial"/>
              <w:sz w:val="16"/>
              <w:szCs w:val="16"/>
              <w:lang w:val="hu-HU"/>
            </w:rPr>
          </w:pPr>
          <w:r w:rsidRPr="00A073B7">
            <w:rPr>
              <w:rFonts w:ascii="Arial" w:hAnsi="Arial" w:cs="Arial"/>
              <w:sz w:val="16"/>
              <w:szCs w:val="16"/>
              <w:lang w:val="hu-HU"/>
            </w:rPr>
            <w:t xml:space="preserve">1117 Budapest, </w:t>
          </w:r>
          <w:proofErr w:type="gramStart"/>
          <w:r w:rsidRPr="00A073B7">
            <w:rPr>
              <w:rFonts w:ascii="Arial" w:hAnsi="Arial" w:cs="Arial"/>
              <w:sz w:val="16"/>
              <w:szCs w:val="16"/>
              <w:lang w:val="hu-HU"/>
            </w:rPr>
            <w:t>Október</w:t>
          </w:r>
          <w:proofErr w:type="gramEnd"/>
          <w:r w:rsidRPr="00A073B7">
            <w:rPr>
              <w:rFonts w:ascii="Arial" w:hAnsi="Arial" w:cs="Arial"/>
              <w:sz w:val="16"/>
              <w:szCs w:val="16"/>
              <w:lang w:val="hu-HU"/>
            </w:rPr>
            <w:t xml:space="preserve"> huszonharmadika utca 18.</w:t>
          </w:r>
        </w:p>
        <w:p w14:paraId="15FEDBE0" w14:textId="1C6FD809" w:rsidR="0058580C" w:rsidRPr="00A073B7" w:rsidRDefault="0058580C" w:rsidP="0058580C">
          <w:pPr>
            <w:rPr>
              <w:rFonts w:ascii="Arial" w:hAnsi="Arial" w:cs="Arial"/>
              <w:sz w:val="16"/>
              <w:szCs w:val="16"/>
              <w:lang w:val="hu-HU"/>
            </w:rPr>
          </w:pPr>
          <w:r w:rsidRPr="00A073B7">
            <w:rPr>
              <w:rFonts w:ascii="Arial" w:hAnsi="Arial" w:cs="Arial"/>
              <w:sz w:val="16"/>
              <w:szCs w:val="16"/>
              <w:lang w:val="hu-HU"/>
            </w:rPr>
            <w:t xml:space="preserve">E-mail: </w:t>
          </w:r>
          <w:r w:rsidRPr="00A073B7">
            <w:rPr>
              <w:rFonts w:ascii="Arial" w:hAnsi="Arial" w:cs="Arial"/>
              <w:sz w:val="16"/>
              <w:szCs w:val="16"/>
              <w:lang w:val="hu-HU"/>
            </w:rPr>
            <w:t>szakvelemeny</w:t>
          </w:r>
          <w:r w:rsidRPr="00A073B7">
            <w:rPr>
              <w:rFonts w:ascii="Arial" w:hAnsi="Arial" w:cs="Arial"/>
              <w:sz w:val="16"/>
              <w:szCs w:val="16"/>
              <w:lang w:val="hu-HU"/>
            </w:rPr>
            <w:t>@feak.hu</w:t>
          </w:r>
        </w:p>
        <w:p w14:paraId="6D45EADA" w14:textId="77777777" w:rsidR="0058580C" w:rsidRPr="00A073B7" w:rsidRDefault="0058580C" w:rsidP="0058580C">
          <w:pPr>
            <w:rPr>
              <w:rFonts w:ascii="Arial" w:hAnsi="Arial" w:cs="Arial"/>
              <w:sz w:val="16"/>
              <w:szCs w:val="16"/>
              <w:lang w:val="hu-HU"/>
            </w:rPr>
          </w:pPr>
          <w:r w:rsidRPr="00A073B7">
            <w:rPr>
              <w:rFonts w:ascii="Arial" w:hAnsi="Arial" w:cs="Arial"/>
              <w:sz w:val="16"/>
              <w:szCs w:val="16"/>
              <w:lang w:val="hu-HU"/>
            </w:rPr>
            <w:t>Web: www.feak.hu</w:t>
          </w:r>
        </w:p>
      </w:tc>
      <w:tc>
        <w:tcPr>
          <w:tcW w:w="4530" w:type="dxa"/>
        </w:tcPr>
        <w:p w14:paraId="2E4F9C2A" w14:textId="77777777" w:rsidR="0058580C" w:rsidRPr="00A073B7" w:rsidRDefault="0058580C" w:rsidP="0058580C">
          <w:pPr>
            <w:pStyle w:val="llb"/>
            <w:jc w:val="right"/>
            <w:rPr>
              <w:rFonts w:ascii="Arial" w:hAnsi="Arial" w:cs="Arial"/>
              <w:lang w:val="hu-HU"/>
            </w:rPr>
          </w:pPr>
          <w:r w:rsidRPr="00A073B7">
            <w:rPr>
              <w:rFonts w:ascii="Arial" w:hAnsi="Arial" w:cs="Arial"/>
              <w:noProof/>
              <w:lang w:val="hu-HU"/>
            </w:rPr>
            <w:drawing>
              <wp:inline distT="0" distB="0" distL="0" distR="0" wp14:anchorId="4F41BCFA" wp14:editId="466FE2F1">
                <wp:extent cx="961200" cy="504000"/>
                <wp:effectExtent l="0" t="0" r="0" b="0"/>
                <wp:docPr id="2034078518" name="Kép 1" descr="A képen szöveg, Grafika, clipart, szimbólum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4078518" name="Kép 1" descr="A képen szöveg, Grafika, clipart, szimbólum látható&#10;&#10;Automatikusan generált leírá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200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94387C" w14:textId="77777777" w:rsidR="0076644C" w:rsidRPr="00A073B7" w:rsidRDefault="0076644C" w:rsidP="005F4D3C">
    <w:pPr>
      <w:pStyle w:val="llb"/>
      <w:jc w:val="right"/>
      <w:rPr>
        <w:lang w:val="hu-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51F03" w14:textId="77777777" w:rsidR="00DC4B43" w:rsidRDefault="00DC4B43" w:rsidP="00DC4B43">
      <w:pPr>
        <w:spacing w:after="0" w:line="240" w:lineRule="auto"/>
      </w:pPr>
      <w:r>
        <w:separator/>
      </w:r>
    </w:p>
  </w:footnote>
  <w:footnote w:type="continuationSeparator" w:id="0">
    <w:p w14:paraId="24E651C0" w14:textId="77777777" w:rsidR="00DC4B43" w:rsidRDefault="00DC4B43" w:rsidP="00DC4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2F8B9" w14:textId="77777777" w:rsidR="0076644C" w:rsidRDefault="0076644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CC6D" w14:textId="1EB96CFD" w:rsidR="0076644C" w:rsidRDefault="0076644C">
    <w:pPr>
      <w:pStyle w:val="lfej"/>
    </w:pPr>
  </w:p>
  <w:p w14:paraId="306461B5" w14:textId="77777777" w:rsidR="0076644C" w:rsidRDefault="0076644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17781" w14:textId="4071D84C" w:rsidR="0076644C" w:rsidRDefault="005F4D3C">
    <w:pPr>
      <w:pStyle w:val="lfej"/>
    </w:pPr>
    <w:r>
      <w:rPr>
        <w:noProof/>
      </w:rPr>
      <w:drawing>
        <wp:inline distT="0" distB="0" distL="0" distR="0" wp14:anchorId="6A83A20A" wp14:editId="56EC4FF2">
          <wp:extent cx="4186800" cy="1260000"/>
          <wp:effectExtent l="0" t="0" r="4445" b="0"/>
          <wp:docPr id="271545133" name="Picture 12" descr="A képen szöveg, képernyőkép, Betűtípus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képen szöveg, képernyőkép, Betűtípus, embléma látható&#10;&#10;Automatikusan generált leírá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0"/>
                  <a:stretch/>
                </pic:blipFill>
                <pic:spPr bwMode="auto">
                  <a:xfrm>
                    <a:off x="0" y="0"/>
                    <a:ext cx="4186800" cy="12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4054678"/>
    <w:multiLevelType w:val="hybridMultilevel"/>
    <w:tmpl w:val="68445F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859464">
    <w:abstractNumId w:val="8"/>
  </w:num>
  <w:num w:numId="2" w16cid:durableId="2120443960">
    <w:abstractNumId w:val="6"/>
  </w:num>
  <w:num w:numId="3" w16cid:durableId="2012753587">
    <w:abstractNumId w:val="5"/>
  </w:num>
  <w:num w:numId="4" w16cid:durableId="411003836">
    <w:abstractNumId w:val="4"/>
  </w:num>
  <w:num w:numId="5" w16cid:durableId="2094163605">
    <w:abstractNumId w:val="7"/>
  </w:num>
  <w:num w:numId="6" w16cid:durableId="1534729873">
    <w:abstractNumId w:val="3"/>
  </w:num>
  <w:num w:numId="7" w16cid:durableId="1960140512">
    <w:abstractNumId w:val="2"/>
  </w:num>
  <w:num w:numId="8" w16cid:durableId="1858881980">
    <w:abstractNumId w:val="1"/>
  </w:num>
  <w:num w:numId="9" w16cid:durableId="1771200383">
    <w:abstractNumId w:val="0"/>
  </w:num>
  <w:num w:numId="10" w16cid:durableId="7051087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804F6"/>
    <w:rsid w:val="00093554"/>
    <w:rsid w:val="000F5A3E"/>
    <w:rsid w:val="0015074B"/>
    <w:rsid w:val="001E4602"/>
    <w:rsid w:val="002533B1"/>
    <w:rsid w:val="00274FEE"/>
    <w:rsid w:val="0029639D"/>
    <w:rsid w:val="00304BFF"/>
    <w:rsid w:val="00326F90"/>
    <w:rsid w:val="00355527"/>
    <w:rsid w:val="00426712"/>
    <w:rsid w:val="004A1D1F"/>
    <w:rsid w:val="004C692D"/>
    <w:rsid w:val="00532E5F"/>
    <w:rsid w:val="0058580C"/>
    <w:rsid w:val="005E1678"/>
    <w:rsid w:val="005F4D3C"/>
    <w:rsid w:val="0076644C"/>
    <w:rsid w:val="007F792D"/>
    <w:rsid w:val="00844177"/>
    <w:rsid w:val="008C3BC1"/>
    <w:rsid w:val="009A33AC"/>
    <w:rsid w:val="00A073B7"/>
    <w:rsid w:val="00A70017"/>
    <w:rsid w:val="00AA1D8D"/>
    <w:rsid w:val="00AB70ED"/>
    <w:rsid w:val="00B47730"/>
    <w:rsid w:val="00B95625"/>
    <w:rsid w:val="00BB4C94"/>
    <w:rsid w:val="00C434B1"/>
    <w:rsid w:val="00CB0664"/>
    <w:rsid w:val="00D4726E"/>
    <w:rsid w:val="00DC4B43"/>
    <w:rsid w:val="00DF1BA2"/>
    <w:rsid w:val="00F0395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BCC94C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hivatkozs">
    <w:name w:val="Hyperlink"/>
    <w:basedOn w:val="Bekezdsalapbettpusa"/>
    <w:uiPriority w:val="99"/>
    <w:unhideWhenUsed/>
    <w:rsid w:val="008C3BC1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C3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akvelemeny@feak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357</Words>
  <Characters>2471</Characters>
  <Application>Microsoft Office Word</Application>
  <DocSecurity>0</DocSecurity>
  <Lines>20</Lines>
  <Paragraphs>5</Paragraphs>
  <ScaleCrop>false</ScaleCrop>
  <Manager/>
  <Company/>
  <LinksUpToDate>false</LinksUpToDate>
  <CharactersWithSpaces>2823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2025-01-21T16:55:00Z</dcterms:created>
  <dcterms:modified xsi:type="dcterms:W3CDTF">2025-01-21T16:58:00Z</dcterms:modified>
  <cp:category/>
</cp:coreProperties>
</file>